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680"/>
        <w:gridCol w:w="850"/>
        <w:gridCol w:w="680"/>
        <w:gridCol w:w="1134"/>
        <w:gridCol w:w="680"/>
        <w:gridCol w:w="1417"/>
        <w:gridCol w:w="680"/>
        <w:gridCol w:w="1701"/>
      </w:tblGrid>
      <w:tr>
        <w:trPr>
          <w:trHeight w:val="15876" w:hRule="exact"/>
        </w:trPr>
        <w:tc>
          <w:tcPr>
            <w:tcW w:type="dxa" w:w="567"/>
            <w:tcBorders>
              <w:top w:val="dashed" w:sz="6" w:color="888888"/>
              <w:left w:val="dashed" w:sz="6" w:color="888888"/>
              <w:bottom w:val="dashed" w:sz="6" w:color="888888"/>
              <w:right w:val="dashed" w:sz="6" w:color="888888"/>
            </w:tcBorders>
            <w:textDirection w:val="tbRlV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18"/>
              </w:rPr>
              <w:t>○○○○関係書類</w:t>
            </w:r>
          </w:p>
        </w:tc>
        <w:tc>
          <w:tcPr>
            <w:tcW w:type="dxa" w:w="680"/>
          </w:tcPr>
          <w:p/>
        </w:tc>
        <w:tc>
          <w:tcPr>
            <w:tcW w:type="dxa" w:w="850"/>
            <w:tcBorders>
              <w:top w:val="dashed" w:sz="6" w:color="888888"/>
              <w:left w:val="dashed" w:sz="6" w:color="888888"/>
              <w:bottom w:val="dashed" w:sz="6" w:color="888888"/>
              <w:right w:val="dashed" w:sz="6" w:color="888888"/>
            </w:tcBorders>
            <w:textDirection w:val="tbRlV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24"/>
              </w:rPr>
              <w:t>○○○○関係書類</w:t>
            </w:r>
          </w:p>
        </w:tc>
        <w:tc>
          <w:tcPr>
            <w:tcW w:type="dxa" w:w="680"/>
          </w:tcPr>
          <w:p/>
        </w:tc>
        <w:tc>
          <w:tcPr>
            <w:tcW w:type="dxa" w:w="1134"/>
            <w:tcBorders>
              <w:top w:val="dashed" w:sz="6" w:color="888888"/>
              <w:left w:val="dashed" w:sz="6" w:color="888888"/>
              <w:bottom w:val="dashed" w:sz="6" w:color="888888"/>
              <w:right w:val="dashed" w:sz="6" w:color="888888"/>
            </w:tcBorders>
            <w:textDirection w:val="tbRlV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2"/>
              </w:rPr>
              <w:t>○○○○関係書類</w:t>
            </w:r>
          </w:p>
        </w:tc>
        <w:tc>
          <w:tcPr>
            <w:tcW w:type="dxa" w:w="680"/>
          </w:tcPr>
          <w:p/>
        </w:tc>
        <w:tc>
          <w:tcPr>
            <w:tcW w:type="dxa" w:w="1417"/>
            <w:tcBorders>
              <w:top w:val="dashed" w:sz="6" w:color="888888"/>
              <w:left w:val="dashed" w:sz="6" w:color="888888"/>
              <w:bottom w:val="dashed" w:sz="6" w:color="888888"/>
              <w:right w:val="dashed" w:sz="6" w:color="888888"/>
            </w:tcBorders>
            <w:textDirection w:val="tbRlV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40"/>
              </w:rPr>
              <w:t>○○○○関係書類</w:t>
            </w:r>
          </w:p>
        </w:tc>
        <w:tc>
          <w:tcPr>
            <w:tcW w:type="dxa" w:w="680"/>
          </w:tcPr>
          <w:p/>
        </w:tc>
        <w:tc>
          <w:tcPr>
            <w:tcW w:type="dxa" w:w="1701"/>
            <w:tcBorders>
              <w:top w:val="dashed" w:sz="6" w:color="888888"/>
              <w:left w:val="dashed" w:sz="6" w:color="888888"/>
              <w:bottom w:val="dashed" w:sz="6" w:color="888888"/>
              <w:right w:val="dashed" w:sz="6" w:color="888888"/>
            </w:tcBorders>
            <w:textDirection w:val="tbRlV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48"/>
              </w:rPr>
              <w:t>○○○○関係書類</w:t>
            </w:r>
          </w:p>
        </w:tc>
      </w:tr>
    </w:tbl>
    <w:p>
      <w:pPr>
        <w:jc w:val="center"/>
      </w:pPr>
      <w:r>
        <w:rPr>
          <w:rFonts w:ascii="游ゴシック" w:hAnsi="游ゴシック" w:eastAsia="游ゴシック"/>
          <w:b w:val="0"/>
          <w:color w:val="555555"/>
          <w:sz w:val="18"/>
        </w:rPr>
        <w:t>左から 幅10mm・15mm・20mm・25mm・30mm（高さ280mm）　点線で切って使います</w:t>
      </w:r>
    </w:p>
    <w:sectPr w:rsidR="00FC693F" w:rsidRPr="0006063C" w:rsidSect="00034616">
      <w:pgSz w:w="16838" w:h="23811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