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 w:before="160"/>
        <w:jc w:val="center"/>
      </w:pPr>
      <w:r>
        <w:rPr>
          <w:b/>
          <w:sz w:val="32"/>
        </w:rPr>
        <w:t>○○高校 第○○期 同窓会のご案内</w:t>
      </w:r>
    </w:p>
    <w:p>
      <w:pPr>
        <w:spacing w:after="200" w:before="0"/>
        <w:jc w:val="left"/>
      </w:pPr>
      <w:r>
        <w:rPr>
          <w:b w:val="0"/>
          <w:sz w:val="21"/>
        </w:rPr>
        <w:t xml:space="preserve">　皆さま、お元気でお過ごしでしょうか。卒業から○○年がたち、久しぶりに皆で集まろうと、同窓会を開くことになりました。当時の先生もお招きしています。懐かしい顔ぶれで、楽しいひとときを過ごしましょう。</w:t>
      </w:r>
    </w:p>
    <w:p>
      <w:pPr>
        <w:spacing w:after="160" w:before="0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20XX年○月○日(○)　17:00〜19:00(受付 16:30〜)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会場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ホテル○○ 3階「○○の間」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会費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8,000円(当日、受付でお支払いください)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服装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平服でお越しください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出欠の締切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1"/>
              </w:rPr>
              <w:t>○月○日(○)までに、出欠票を郵送、または幹事にメールでご連絡ください</w:t>
            </w:r>
          </w:p>
        </w:tc>
      </w:tr>
    </w:tbl>
    <w:p>
      <w:pPr>
        <w:spacing w:after="0" w:before="160"/>
        <w:jc w:val="right"/>
      </w:pPr>
      <w:r>
        <w:rPr>
          <w:b w:val="0"/>
          <w:sz w:val="20"/>
        </w:rPr>
        <w:t>幹事:○○ ○○(3年○組)　TEL 090-0000-0000　Mail xxx@example.com</w:t>
      </w:r>
    </w:p>
    <w:p>
      <w:pPr>
        <w:spacing w:after="120" w:before="280"/>
        <w:jc w:val="center"/>
      </w:pPr>
      <w:r>
        <w:rPr>
          <w:b w:val="0"/>
          <w:sz w:val="18"/>
        </w:rPr>
        <w:t>-------------------- 切り取り線 --------------------</w:t>
      </w:r>
    </w:p>
    <w:p>
      <w:pPr>
        <w:spacing w:after="80" w:before="0"/>
        <w:jc w:val="center"/>
      </w:pPr>
      <w:r>
        <w:rPr>
          <w:b/>
          <w:sz w:val="26"/>
        </w:rPr>
        <w:t>同窓会　出欠票</w:t>
      </w:r>
    </w:p>
    <w:p>
      <w:pPr>
        <w:spacing w:after="120" w:before="0"/>
        <w:jc w:val="center"/>
      </w:pPr>
      <w:r>
        <w:rPr>
          <w:b w:val="0"/>
          <w:sz w:val="19"/>
        </w:rPr>
        <w:t>○月○日(○)までに、幹事にご提出ください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名前(旧姓)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出欠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出席　　・　　欠席　　(どちらかに○)</w:t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連絡先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atLeast"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近況・メッセージ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br/>
            </w:r>
          </w:p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