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right"/>
      </w:pPr>
      <w:r>
        <w:rPr>
          <w:b w:val="0"/>
          <w:sz w:val="21"/>
        </w:rPr>
        <w:t>20XX年○月○日</w:t>
      </w:r>
    </w:p>
    <w:p>
      <w:pPr>
        <w:spacing w:after="80" w:before="0"/>
        <w:jc w:val="left"/>
      </w:pPr>
      <w:r>
        <w:rPr>
          <w:b w:val="0"/>
          <w:sz w:val="21"/>
        </w:rPr>
        <w:t>社員各位</w:t>
      </w:r>
    </w:p>
    <w:p>
      <w:pPr>
        <w:spacing w:after="280" w:before="0"/>
        <w:jc w:val="right"/>
      </w:pPr>
      <w:r>
        <w:rPr>
          <w:b w:val="0"/>
          <w:sz w:val="21"/>
        </w:rPr>
        <w:t>総務部 ○○(幹事)</w:t>
      </w:r>
    </w:p>
    <w:p>
      <w:pPr>
        <w:spacing w:after="280" w:before="0"/>
        <w:jc w:val="center"/>
      </w:pPr>
      <w:r>
        <w:rPr>
          <w:b/>
          <w:sz w:val="32"/>
        </w:rPr>
        <w:t>懇親会のご案内</w:t>
      </w:r>
    </w:p>
    <w:p>
      <w:pPr>
        <w:spacing w:after="200" w:before="0"/>
        <w:jc w:val="left"/>
      </w:pPr>
      <w:r>
        <w:rPr>
          <w:b w:val="0"/>
          <w:sz w:val="21"/>
        </w:rPr>
        <w:t xml:space="preserve">　日ごろのお仕事、おつかれさまです。今年も下記のとおり懇親会を開きます。部署をこえて交流できる機会ですので、ぜひご参加ください。</w:t>
      </w:r>
    </w:p>
    <w:p>
      <w:pPr>
        <w:spacing w:after="160" w:before="0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20XX年○月○日(○)　18:30〜20:30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居酒屋○○ 駅前店(TEL 03-0000-0000)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会費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4,000円(当日、受付でお支払いください)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出欠の締切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○月○日(○)までに、下の出欠票を幹事に提出</w:t>
            </w:r>
          </w:p>
        </w:tc>
      </w:tr>
    </w:tbl>
    <w:p>
      <w:pPr>
        <w:spacing w:after="0" w:before="160"/>
        <w:jc w:val="right"/>
      </w:pPr>
      <w:r>
        <w:rPr>
          <w:b w:val="0"/>
          <w:sz w:val="21"/>
        </w:rPr>
        <w:t>以上</w:t>
      </w:r>
    </w:p>
    <w:p>
      <w:pPr>
        <w:spacing w:after="120" w:before="280"/>
        <w:jc w:val="center"/>
      </w:pPr>
      <w:r>
        <w:rPr>
          <w:b w:val="0"/>
          <w:sz w:val="18"/>
        </w:rPr>
        <w:t>-------------------- 切り取り線 --------------------</w:t>
      </w:r>
    </w:p>
    <w:p>
      <w:pPr>
        <w:spacing w:after="80" w:before="0"/>
        <w:jc w:val="center"/>
      </w:pPr>
      <w:r>
        <w:rPr>
          <w:b/>
          <w:sz w:val="26"/>
        </w:rPr>
        <w:t>懇親会　出欠票</w:t>
      </w:r>
    </w:p>
    <w:p>
      <w:pPr>
        <w:spacing w:after="120" w:before="0"/>
        <w:jc w:val="center"/>
      </w:pPr>
      <w:r>
        <w:rPr>
          <w:b w:val="0"/>
          <w:sz w:val="19"/>
        </w:rPr>
        <w:t>○月○日(○)までに、幹事にご提出ください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部署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名前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出欠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出席　　・　　欠席　　(どちらかに○)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食べられない物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