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 w:before="0"/>
        <w:jc w:val="right"/>
      </w:pPr>
      <w:r>
        <w:rPr>
          <w:b w:val="0"/>
          <w:sz w:val="21"/>
        </w:rPr>
        <w:t>20XX年○月○日</w:t>
      </w:r>
    </w:p>
    <w:p>
      <w:pPr>
        <w:spacing w:after="80" w:before="0"/>
        <w:jc w:val="left"/>
      </w:pPr>
      <w:r>
        <w:rPr>
          <w:b w:val="0"/>
          <w:sz w:val="21"/>
        </w:rPr>
        <w:t>お取引先各位</w:t>
      </w:r>
    </w:p>
    <w:p>
      <w:pPr>
        <w:spacing w:after="280" w:before="0"/>
        <w:jc w:val="right"/>
      </w:pPr>
      <w:r>
        <w:rPr>
          <w:b w:val="0"/>
          <w:sz w:val="21"/>
        </w:rPr>
        <w:t>株式会社○○○○</w:t>
        <w:br/>
        <w:t>代表取締役 ○○ ○○</w:t>
      </w:r>
    </w:p>
    <w:p>
      <w:pPr>
        <w:spacing w:after="280" w:before="0"/>
        <w:jc w:val="center"/>
      </w:pPr>
      <w:r>
        <w:rPr>
          <w:b/>
          <w:sz w:val="32"/>
        </w:rPr>
        <w:t>新製品展示会のご案内</w:t>
      </w:r>
    </w:p>
    <w:p>
      <w:pPr>
        <w:spacing w:after="80" w:before="0"/>
        <w:jc w:val="left"/>
      </w:pPr>
      <w:r>
        <w:rPr>
          <w:b w:val="0"/>
          <w:sz w:val="21"/>
        </w:rPr>
        <w:t>拝啓　時下ますますご清栄のこととお慶び申し上げます。平素は格別のご高配を賜り、厚く御礼申し上げます。</w:t>
      </w:r>
    </w:p>
    <w:p>
      <w:pPr>
        <w:spacing w:after="80" w:before="0"/>
        <w:jc w:val="left"/>
      </w:pPr>
      <w:r>
        <w:rPr>
          <w:b w:val="0"/>
          <w:sz w:val="21"/>
        </w:rPr>
        <w:t xml:space="preserve">　さて、このたび弊社では、新製品の発表にあわせて、下記のとおり展示会を開催する運びとなりました。新製品の実機をご覧いただけるほか、担当者がご質問にお答えいたします。</w:t>
      </w:r>
    </w:p>
    <w:p>
      <w:pPr>
        <w:spacing w:after="80" w:before="0"/>
        <w:jc w:val="left"/>
      </w:pPr>
      <w:r>
        <w:rPr>
          <w:b w:val="0"/>
          <w:sz w:val="21"/>
        </w:rPr>
        <w:t xml:space="preserve">　ご多用中まことに恐縮ではございますが、ぜひご来場賜りますよう、ご案内申し上げます。</w:t>
      </w:r>
    </w:p>
    <w:p>
      <w:pPr>
        <w:spacing w:after="200" w:before="0"/>
        <w:jc w:val="right"/>
      </w:pPr>
      <w:r>
        <w:rPr>
          <w:b w:val="0"/>
          <w:sz w:val="21"/>
        </w:rPr>
        <w:t>敬具</w:t>
      </w:r>
    </w:p>
    <w:p>
      <w:pPr>
        <w:spacing w:after="160" w:before="0"/>
        <w:jc w:val="center"/>
      </w:pPr>
      <w:r>
        <w:rPr>
          <w:b w:val="0"/>
          <w:sz w:val="21"/>
        </w:rPr>
        <w:t>記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rHeight w:val="567" w:hRule="atLeast"/>
        </w:trPr>
        <w:tc>
          <w:tcPr>
            <w:tcW w:type="dxa" w:w="181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日時</w:t>
            </w:r>
          </w:p>
        </w:tc>
        <w:tc>
          <w:tcPr>
            <w:tcW w:type="dxa" w:w="7824"/>
          </w:tcPr>
          <w:p>
            <w:r/>
            <w:r>
              <w:rPr>
                <w:b w:val="0"/>
                <w:sz w:val="21"/>
              </w:rPr>
              <w:t>20XX年○月○日(○)〜○日(○)　10:00〜17:00</w:t>
            </w:r>
          </w:p>
        </w:tc>
      </w:tr>
      <w:tr>
        <w:trPr>
          <w:trHeight w:val="567" w:hRule="atLeast"/>
        </w:trPr>
        <w:tc>
          <w:tcPr>
            <w:tcW w:type="dxa" w:w="181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会場</w:t>
            </w:r>
          </w:p>
        </w:tc>
        <w:tc>
          <w:tcPr>
            <w:tcW w:type="dxa" w:w="7824"/>
          </w:tcPr>
          <w:p>
            <w:r/>
            <w:r>
              <w:rPr>
                <w:b w:val="0"/>
                <w:sz w:val="21"/>
              </w:rPr>
              <w:t>○○会館 2階 展示ホール(○○線○○駅 徒歩3分)</w:t>
            </w:r>
          </w:p>
        </w:tc>
      </w:tr>
      <w:tr>
        <w:trPr>
          <w:trHeight w:val="567" w:hRule="atLeast"/>
        </w:trPr>
        <w:tc>
          <w:tcPr>
            <w:tcW w:type="dxa" w:w="181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内容</w:t>
            </w:r>
          </w:p>
        </w:tc>
        <w:tc>
          <w:tcPr>
            <w:tcW w:type="dxa" w:w="7824"/>
          </w:tcPr>
          <w:p>
            <w:r/>
            <w:r>
              <w:rPr>
                <w:b w:val="0"/>
                <w:sz w:val="21"/>
              </w:rPr>
              <w:t>新製品「○○○○」の展示・実演、個別のご相談</w:t>
            </w:r>
          </w:p>
        </w:tc>
      </w:tr>
      <w:tr>
        <w:trPr>
          <w:trHeight w:val="567" w:hRule="atLeast"/>
        </w:trPr>
        <w:tc>
          <w:tcPr>
            <w:tcW w:type="dxa" w:w="181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お申込み</w:t>
            </w:r>
          </w:p>
        </w:tc>
        <w:tc>
          <w:tcPr>
            <w:tcW w:type="dxa" w:w="7824"/>
          </w:tcPr>
          <w:p>
            <w:r/>
            <w:r>
              <w:rPr>
                <w:b w:val="0"/>
                <w:sz w:val="21"/>
              </w:rPr>
              <w:t>○月○日(○)までに、同封のはがき、またはメールでお知らせください</w:t>
            </w:r>
          </w:p>
        </w:tc>
      </w:tr>
      <w:tr>
        <w:trPr>
          <w:trHeight w:val="567" w:hRule="atLeast"/>
        </w:trPr>
        <w:tc>
          <w:tcPr>
            <w:tcW w:type="dxa" w:w="181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お問い合わせ</w:t>
            </w:r>
          </w:p>
        </w:tc>
        <w:tc>
          <w:tcPr>
            <w:tcW w:type="dxa" w:w="7824"/>
          </w:tcPr>
          <w:p>
            <w:r/>
            <w:r>
              <w:rPr>
                <w:b w:val="0"/>
                <w:sz w:val="21"/>
              </w:rPr>
              <w:t>営業部 ○○(TEL 03-0000-0000 / Mail sales@example.co.jp)</w:t>
            </w:r>
          </w:p>
        </w:tc>
      </w:tr>
    </w:tbl>
    <w:p>
      <w:pPr>
        <w:spacing w:after="0" w:before="160"/>
        <w:jc w:val="right"/>
      </w:pPr>
      <w:r>
        <w:rPr>
          <w:b w:val="0"/>
          <w:sz w:val="21"/>
        </w:rPr>
        <w:t>以上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游ゴシック" w:hAnsi="游ゴシック" w:eastAsia="游ゴシック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