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dotted" w:sz="2" w:color="D0D0D0"/>
          <w:left w:val="dotted" w:sz="2" w:color="D0D0D0"/>
          <w:bottom w:val="dotted" w:sz="2" w:color="D0D0D0"/>
          <w:right w:val="dotted" w:sz="2" w:color="D0D0D0"/>
          <w:insideH w:val="dotted" w:sz="2" w:color="D0D0D0"/>
          <w:insideV w:val="dotted" w:sz="2" w:color="D0D0D0"/>
        </w:tblBorders>
        <w:tblLayout w:type="fixed"/>
        <w:tblCellMar>
          <w:left w:w="170" w:type="dxa"/>
          <w:right w:w="170" w:type="dxa"/>
        </w:tblCellMar>
      </w:tblPr>
      <w:tblGrid>
        <w:gridCol w:w="3742"/>
        <w:gridCol w:w="3742"/>
        <w:gridCol w:w="3742"/>
      </w:tblGrid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>
            <w:r>
              <w:rPr>
                <w:sz w:val="15"/>
              </w:rPr>
              <w:t>〒100-0001</w:t>
            </w:r>
          </w:p>
          <w:p>
            <w:r>
              <w:t>東京都千代田区千代田1-1</w:t>
            </w:r>
          </w:p>
          <w:p>
            <w:r>
              <w:t>○○ビル3階</w:t>
            </w:r>
          </w:p>
          <w:p>
            <w:r>
              <w:t>株式会社○○ 営業部</w:t>
            </w:r>
          </w:p>
          <w:p>
            <w:pPr>
              <w:jc w:val="center"/>
            </w:pPr>
            <w:r>
              <w:rPr>
                <w:b/>
                <w:sz w:val="23"/>
              </w:rPr>
              <w:t>山田 太郎　様</w:t>
            </w:r>
          </w:p>
        </w:tc>
        <w:tc>
          <w:tcPr>
            <w:tcW w:type="dxa" w:w="3742"/>
            <w:vAlign w:val="center"/>
          </w:tcPr>
          <w:p>
            <w:r>
              <w:rPr>
                <w:sz w:val="15"/>
              </w:rPr>
              <w:t>〒530-0001</w:t>
            </w:r>
          </w:p>
          <w:p>
            <w:r>
              <w:t>大阪府大阪市北区梅田1-2-3</w:t>
            </w:r>
          </w:p>
          <w:p>
            <w:pPr>
              <w:jc w:val="center"/>
            </w:pPr>
            <w:r>
              <w:rPr>
                <w:b/>
                <w:sz w:val="23"/>
              </w:rPr>
              <w:t>鈴木 花子　様</w:t>
            </w:r>
          </w:p>
        </w:tc>
        <w:tc>
          <w:tcPr>
            <w:tcW w:type="dxa" w:w="3742"/>
            <w:vAlign w:val="center"/>
          </w:tcPr>
          <w:p/>
        </w:tc>
      </w:tr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</w:tr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</w:tr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</w:tr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</w:tr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</w:tr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</w:tr>
      <w:tr>
        <w:trPr>
          <w:trHeight w:val="1922" w:hRule="exact"/>
          <w:cantSplit/>
        </w:trPr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  <w:tc>
          <w:tcPr>
            <w:tcW w:type="dxa" w:w="3742"/>
            <w:vAlign w:val="center"/>
          </w:tcPr>
          <w:p/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731" w:right="340" w:bottom="675" w:left="3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游明朝" w:hAnsi="游明朝" w:eastAsia="游明朝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