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80" w:line="288" w:lineRule="auto"/>
        <w:jc w:val="center"/>
      </w:pPr>
      <w:r>
        <w:rPr>
          <w:b/>
          <w:sz w:val="40"/>
        </w:rPr>
        <w:t>自動車売買契約書</w:t>
      </w:r>
    </w:p>
    <w:p>
      <w:pPr>
        <w:spacing w:after="120" w:before="0" w:line="288" w:lineRule="auto"/>
        <w:jc w:val="left"/>
      </w:pPr>
      <w:r>
        <w:rPr>
          <w:b w:val="0"/>
          <w:sz w:val="21"/>
        </w:rPr>
        <w:t xml:space="preserve">　売主 ○○ ○○(以下「甲」という)と買主 ○○ ○○(以下「乙」という)は、次の自動車(以下「本車両」という)の売買について、以下のとおり契約(以下「本契約」という)を締結する。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車両の表示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車名・型式:○○○○(XX-XXX)　登録番号:○○ 500 あ ○○-○○</w:t>
              <w:br/>
              <w:t>車台番号:○○○-○○○○○○○　初度登録:20XX年○月　色:白</w:t>
            </w:r>
          </w:p>
        </w:tc>
      </w:tr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走行距離・車検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約○○,○○○km　車検の有効期限:20XX年○月○日</w:t>
            </w:r>
          </w:p>
        </w:tc>
      </w:tr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売買代金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金　○○○,○○○円(自動車税の月割り分を含む)</w:t>
            </w:r>
          </w:p>
        </w:tc>
      </w:tr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支払方法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契約時に手付金○○,○○○円、残りは引渡しの日に現金で支払う</w:t>
            </w:r>
          </w:p>
        </w:tc>
      </w:tr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引渡しの日・場所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20XX年○月○日　甲の自宅</w:t>
            </w:r>
          </w:p>
        </w:tc>
      </w:tr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名義変更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乙が、引渡しの日から15日以内に行う(費用は乙の負担)</w:t>
            </w:r>
          </w:p>
        </w:tc>
      </w:tr>
    </w:tbl>
    <w:p>
      <w:pPr>
        <w:spacing w:after="80" w:before="0" w:line="288" w:lineRule="auto"/>
        <w:jc w:val="left"/>
      </w:pP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第1条(売買)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甲は乙に本車両を売り渡し、乙はこれを買い受ける。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第2条(引渡し)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甲は、上の表の日に、本車両と、車検証・自賠責保険証明書・スペアキー・取扱説明書など、名義変更に必要な書類を乙に引き渡す。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第3条(名義変更)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乙は、引渡しの日から15日以内に、自らの費用で移転登録(名義変更)を行い、終わったら新しい車検証の写しを甲に渡す。期限までに名義変更がされないときは、甲は乙に対して、名義変更を求めることができ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第4条(責任の移転)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引渡しの時から、本車両の運行による事故・交通違反・駐車違反の責任と、維持にかかる費用は、乙が負う。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翌年度以降の自動車税は乙が負担する。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第5条(車両の状態)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乙は、試乗と点検をして、本車両の現在の状態(傷・へこみ・修復歴の有無を含む)を確認したうえで買い受ける。甲は、知っている不具合を、すべて乙に告げたことを確認する。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告げた不具合:○○○○(なければ「なし」)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第6条(契約不適合責任)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甲は、引渡しのあとに見つかった本車両の不具合について、責任を負わない。ただし、甲が知りながら告げなかった不具合については、この限りでない。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第7条(協議)</w:t>
      </w:r>
    </w:p>
    <w:p>
      <w:pPr>
        <w:keepNext/>
        <w:spacing w:after="40" w:before="0" w:line="259" w:lineRule="auto"/>
        <w:jc w:val="left"/>
      </w:pPr>
      <w:r>
        <w:rPr>
          <w:b w:val="0"/>
          <w:sz w:val="19"/>
        </w:rPr>
        <w:t>本契約に定めのない事項は、甲乙が誠意をもって協議して解決する。</w:t>
      </w:r>
    </w:p>
    <w:p>
      <w:pPr>
        <w:keepNext/>
        <w:spacing w:after="80" w:before="120" w:line="288" w:lineRule="auto"/>
        <w:jc w:val="left"/>
      </w:pPr>
      <w:r>
        <w:rPr>
          <w:b w:val="0"/>
          <w:sz w:val="21"/>
        </w:rPr>
        <w:t xml:space="preserve">　本契約の成立を証するため、本書を2通作成し、甲乙記名押印のうえ、各1通を保有する。</w:t>
      </w:r>
    </w:p>
    <w:p>
      <w:pPr>
        <w:keepNext/>
        <w:spacing w:after="80" w:before="80" w:line="288" w:lineRule="auto"/>
        <w:jc w:val="left"/>
      </w:pPr>
      <w:r>
        <w:rPr>
          <w:b w:val="0"/>
          <w:sz w:val="21"/>
        </w:rPr>
        <w:t>20XX年○月○日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甲(売主)</w:t>
              <w:br/>
              <w:t>住所</w:t>
              <w:br/>
              <w:br/>
              <w:t>氏名・会社名</w:t>
              <w:br/>
              <w:t xml:space="preserve">　　　　　　　　　　　　　　　印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乙(買主)</w:t>
              <w:br/>
              <w:t>住所</w:t>
              <w:br/>
              <w:br/>
              <w:t>氏名・会社名</w:t>
              <w:br/>
              <w:t xml:space="preserve">　　　　　　　　　　　　　　　印</w:t>
            </w:r>
          </w:p>
        </w:tc>
      </w:tr>
    </w:tbl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