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336" w:lineRule="auto"/>
        <w:jc w:val="left"/>
      </w:pPr>
      <w:r>
        <w:rPr>
          <w:b w:val="0"/>
          <w:sz w:val="24"/>
        </w:rPr>
        <w:t>○○部のみなさんへ</w:t>
      </w:r>
    </w:p>
    <w:p>
      <w:pPr>
        <w:spacing w:after="0" w:line="336" w:lineRule="auto"/>
        <w:jc w:val="right"/>
      </w:pPr>
      <w:r>
        <w:rPr>
          <w:b w:val="0"/>
          <w:sz w:val="22"/>
        </w:rPr>
        <w:t>幹事:○○・○○</w:t>
      </w:r>
    </w:p>
    <w:p>
      <w:pPr>
        <w:spacing w:after="200" w:line="336" w:lineRule="auto"/>
        <w:jc w:val="left"/>
      </w:pPr>
      <w:r>
        <w:rPr>
          <w:b w:val="0"/>
          <w:sz w:val="20"/>
        </w:rPr>
      </w:r>
    </w:p>
    <w:p>
      <w:pPr>
        <w:spacing w:after="400" w:line="336" w:lineRule="auto"/>
        <w:jc w:val="center"/>
      </w:pPr>
      <w:r>
        <w:rPr>
          <w:b/>
          <w:color w:val="B0262B"/>
          <w:sz w:val="56"/>
        </w:rPr>
        <w:t>忘年会やります!</w:t>
      </w:r>
    </w:p>
    <w:p>
      <w:pPr>
        <w:spacing w:after="80" w:line="336" w:lineRule="auto"/>
        <w:jc w:val="left"/>
      </w:pPr>
      <w:r>
        <w:rPr>
          <w:b w:val="0"/>
          <w:sz w:val="25"/>
        </w:rPr>
        <w:t>今年もあっという間に12月!</w:t>
      </w:r>
    </w:p>
    <w:p>
      <w:pPr>
        <w:spacing w:after="80" w:line="336" w:lineRule="auto"/>
        <w:jc w:val="left"/>
      </w:pPr>
      <w:r>
        <w:rPr>
          <w:b w:val="0"/>
          <w:sz w:val="25"/>
        </w:rPr>
        <w:t>1年間おつかれさまでした。おいしい料理を食べながら、みんなで今年をふりかえりましょう。</w:t>
      </w:r>
    </w:p>
    <w:p>
      <w:pPr>
        <w:spacing w:after="80" w:line="336" w:lineRule="auto"/>
        <w:jc w:val="left"/>
      </w:pPr>
      <w:r>
        <w:rPr>
          <w:b w:val="0"/>
          <w:sz w:val="25"/>
        </w:rPr>
        <w:t>ビンゴ大会もあります。ぜひ参加してください!</w:t>
      </w:r>
    </w:p>
    <w:p>
      <w:pPr>
        <w:spacing w:after="160" w:line="336" w:lineRule="auto"/>
        <w:jc w:val="left"/>
      </w:pPr>
      <w:r>
        <w:rPr>
          <w:b w:val="0"/>
          <w:sz w:val="20"/>
        </w:rPr>
      </w:r>
    </w:p>
    <w:p>
      <w:pPr>
        <w:spacing w:after="160" w:line="336" w:lineRule="auto"/>
        <w:jc w:val="center"/>
      </w:pPr>
      <w:r>
        <w:rPr>
          <w:b w:val="0"/>
          <w:sz w:val="24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日時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2026年12月○日(金)　18:30～20:30</w:t>
            </w:r>
          </w:p>
        </w:tc>
      </w:tr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場所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○○○(○○駅 徒歩3分)</w:t>
              <w:br/>
              <w:t>住所:○○市○○町1-2-3</w:t>
            </w:r>
          </w:p>
        </w:tc>
      </w:tr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会費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4,000円(当日集めます)</w:t>
            </w:r>
          </w:p>
        </w:tc>
      </w:tr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出欠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12月○日(○)までに、幹事の○○までお知らせください</w:t>
            </w:r>
          </w:p>
        </w:tc>
      </w:tr>
    </w:tbl>
    <w:p>
      <w:pPr>
        <w:spacing w:after="120" w:line="336" w:lineRule="auto"/>
        <w:jc w:val="left"/>
      </w:pPr>
      <w:r>
        <w:rPr>
          <w:b w:val="0"/>
          <w:sz w:val="20"/>
        </w:rPr>
      </w:r>
    </w:p>
    <w:p>
      <w:pPr>
        <w:spacing w:after="280" w:line="336" w:lineRule="auto"/>
        <w:jc w:val="right"/>
      </w:pPr>
      <w:r>
        <w:rPr>
          <w:b w:val="0"/>
          <w:sz w:val="24"/>
        </w:rPr>
        <w:t>以上</w:t>
      </w:r>
    </w:p>
    <w:p>
      <w:pPr>
        <w:spacing w:after="200" w:line="336" w:lineRule="auto"/>
        <w:jc w:val="center"/>
      </w:pPr>
      <w:r>
        <w:rPr>
          <w:b w:val="0"/>
          <w:color w:val="999999"/>
          <w:sz w:val="18"/>
        </w:rPr>
        <w:t>- - - - - - - - - - - - - - - - - (切り取り線) - - - - - - - - - - - - - - - - -</w:t>
      </w:r>
    </w:p>
    <w:p>
      <w:pPr>
        <w:spacing w:after="160" w:line="336" w:lineRule="auto"/>
        <w:jc w:val="center"/>
      </w:pPr>
      <w:r>
        <w:rPr>
          <w:b w:val="0"/>
          <w:sz w:val="24"/>
        </w:rPr>
        <w:t>忘年会に　　出席します　・　欠席します　(どちらかに○)</w:t>
      </w:r>
    </w:p>
    <w:p>
      <w:pPr>
        <w:spacing w:after="0" w:line="336" w:lineRule="auto"/>
        <w:jc w:val="center"/>
      </w:pPr>
      <w:r>
        <w:rPr>
          <w:b w:val="0"/>
          <w:sz w:val="24"/>
        </w:rPr>
        <w:t xml:space="preserve">氏名(所属)　　　　　　　　　　　　　　　　　　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  <w:pgBorders w:offsetFrom="page">
        <w:top w:val="dashDotStroked" w:sz="18" w:space="24" w:color="B0262B"/>
        <w:left w:val="dashDotStroked" w:sz="18" w:space="24" w:color="B0262B"/>
        <w:bottom w:val="dashDotStroked" w:sz="18" w:space="24" w:color="B0262B"/>
        <w:right w:val="dashDotStroked" w:sz="18" w:space="24" w:color="B0262B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