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336" w:lineRule="auto"/>
        <w:jc w:val="left"/>
      </w:pPr>
      <w:r>
        <w:rPr>
          <w:b w:val="0"/>
          <w:sz w:val="24"/>
        </w:rPr>
        <w:t>社員各位</w:t>
      </w:r>
    </w:p>
    <w:p>
      <w:pPr>
        <w:spacing w:after="0" w:line="336" w:lineRule="auto"/>
        <w:jc w:val="right"/>
      </w:pPr>
      <w:r>
        <w:rPr>
          <w:b w:val="0"/>
          <w:sz w:val="22"/>
        </w:rPr>
        <w:t>2026年11月○日</w:t>
      </w:r>
    </w:p>
    <w:p>
      <w:pPr>
        <w:spacing w:after="0" w:line="336" w:lineRule="auto"/>
        <w:jc w:val="right"/>
      </w:pPr>
      <w:r>
        <w:rPr>
          <w:b w:val="0"/>
          <w:sz w:val="22"/>
        </w:rPr>
        <w:t>総務部　○○</w:t>
      </w:r>
    </w:p>
    <w:p>
      <w:pPr>
        <w:spacing w:after="200" w:line="336" w:lineRule="auto"/>
        <w:jc w:val="left"/>
      </w:pPr>
      <w:r>
        <w:rPr>
          <w:b w:val="0"/>
          <w:sz w:val="20"/>
        </w:rPr>
      </w:r>
    </w:p>
    <w:p>
      <w:pPr>
        <w:spacing w:after="400" w:line="336" w:lineRule="auto"/>
        <w:jc w:val="center"/>
      </w:pPr>
      <w:r>
        <w:rPr>
          <w:b/>
          <w:color w:val="0F6B7A"/>
          <w:sz w:val="56"/>
        </w:rPr>
        <w:t>忘年会のご案内</w:t>
      </w:r>
    </w:p>
    <w:p>
      <w:pPr>
        <w:spacing w:after="80" w:line="336" w:lineRule="auto"/>
        <w:jc w:val="left"/>
      </w:pPr>
      <w:r>
        <w:rPr>
          <w:b w:val="0"/>
          <w:sz w:val="25"/>
        </w:rPr>
        <w:t>晩秋の候、皆様にはますますご清祥のこととお喜び申し上げます。</w:t>
      </w:r>
    </w:p>
    <w:p>
      <w:pPr>
        <w:spacing w:after="80" w:line="336" w:lineRule="auto"/>
        <w:jc w:val="left"/>
      </w:pPr>
      <w:r>
        <w:rPr>
          <w:b w:val="0"/>
          <w:sz w:val="25"/>
        </w:rPr>
        <w:t>本年も残すところわずかとなりました。日頃の感謝をこめて、下記のとおり忘年会を開催いたします。</w:t>
      </w:r>
    </w:p>
    <w:p>
      <w:pPr>
        <w:spacing w:after="80" w:line="336" w:lineRule="auto"/>
        <w:jc w:val="left"/>
      </w:pPr>
      <w:r>
        <w:rPr>
          <w:b w:val="0"/>
          <w:sz w:val="25"/>
        </w:rPr>
        <w:t>ご多忙の折とは存じますが、ぜひご出席くださいますようお願い申し上げます。</w:t>
      </w:r>
    </w:p>
    <w:p>
      <w:pPr>
        <w:spacing w:after="160" w:line="336" w:lineRule="auto"/>
        <w:jc w:val="left"/>
      </w:pPr>
      <w:r>
        <w:rPr>
          <w:b w:val="0"/>
          <w:sz w:val="20"/>
        </w:rPr>
      </w:r>
    </w:p>
    <w:p>
      <w:pPr>
        <w:spacing w:after="160" w:line="336" w:lineRule="auto"/>
        <w:jc w:val="center"/>
      </w:pPr>
      <w:r>
        <w:rPr>
          <w:b w:val="0"/>
          <w:sz w:val="24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587"/>
            <w:shd w:val="clear" w:color="auto" w:fill="E3F1F3"/>
          </w:tcPr>
          <w:p>
            <w:pPr>
              <w:spacing w:after="60" w:before="60"/>
            </w:pPr>
            <w:r>
              <w:rPr>
                <w:b/>
                <w:sz w:val="24"/>
              </w:rPr>
              <w:t>日時</w:t>
            </w:r>
          </w:p>
        </w:tc>
        <w:tc>
          <w:tcPr>
            <w:tcW w:type="dxa" w:w="7370"/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2026年12月○日(金)　18:30～20:30</w:t>
            </w:r>
          </w:p>
        </w:tc>
      </w:tr>
      <w:tr>
        <w:tc>
          <w:tcPr>
            <w:tcW w:type="dxa" w:w="1587"/>
            <w:shd w:val="clear" w:color="auto" w:fill="E3F1F3"/>
          </w:tcPr>
          <w:p>
            <w:pPr>
              <w:spacing w:after="60" w:before="60"/>
            </w:pPr>
            <w:r>
              <w:rPr>
                <w:b/>
                <w:sz w:val="24"/>
              </w:rPr>
              <w:t>場所</w:t>
            </w:r>
          </w:p>
        </w:tc>
        <w:tc>
          <w:tcPr>
            <w:tcW w:type="dxa" w:w="7370"/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○○○(○○駅 徒歩3分)</w:t>
              <w:br/>
              <w:t>住所:○○市○○町1-2-3</w:t>
            </w:r>
          </w:p>
        </w:tc>
      </w:tr>
      <w:tr>
        <w:tc>
          <w:tcPr>
            <w:tcW w:type="dxa" w:w="1587"/>
            <w:shd w:val="clear" w:color="auto" w:fill="E3F1F3"/>
          </w:tcPr>
          <w:p>
            <w:pPr>
              <w:spacing w:after="60" w:before="60"/>
            </w:pPr>
            <w:r>
              <w:rPr>
                <w:b/>
                <w:sz w:val="24"/>
              </w:rPr>
              <w:t>会費</w:t>
            </w:r>
          </w:p>
        </w:tc>
        <w:tc>
          <w:tcPr>
            <w:tcW w:type="dxa" w:w="7370"/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4,000円(当日集めます)</w:t>
            </w:r>
          </w:p>
        </w:tc>
      </w:tr>
      <w:tr>
        <w:tc>
          <w:tcPr>
            <w:tcW w:type="dxa" w:w="1587"/>
            <w:shd w:val="clear" w:color="auto" w:fill="E3F1F3"/>
          </w:tcPr>
          <w:p>
            <w:pPr>
              <w:spacing w:after="60" w:before="60"/>
            </w:pPr>
            <w:r>
              <w:rPr>
                <w:b/>
                <w:sz w:val="24"/>
              </w:rPr>
              <w:t>出欠</w:t>
            </w:r>
          </w:p>
        </w:tc>
        <w:tc>
          <w:tcPr>
            <w:tcW w:type="dxa" w:w="7370"/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12月○日(○)までに、幹事の○○までお知らせください</w:t>
            </w:r>
          </w:p>
        </w:tc>
      </w:tr>
    </w:tbl>
    <w:p>
      <w:pPr>
        <w:spacing w:after="120" w:line="336" w:lineRule="auto"/>
        <w:jc w:val="left"/>
      </w:pPr>
      <w:r>
        <w:rPr>
          <w:b w:val="0"/>
          <w:sz w:val="20"/>
        </w:rPr>
      </w:r>
    </w:p>
    <w:p>
      <w:pPr>
        <w:spacing w:after="280" w:line="336" w:lineRule="auto"/>
        <w:jc w:val="right"/>
      </w:pPr>
      <w:r>
        <w:rPr>
          <w:b w:val="0"/>
          <w:sz w:val="24"/>
        </w:rPr>
        <w:t>以上</w:t>
      </w:r>
    </w:p>
    <w:p>
      <w:pPr>
        <w:spacing w:after="200" w:line="336" w:lineRule="auto"/>
        <w:jc w:val="center"/>
      </w:pPr>
      <w:r>
        <w:rPr>
          <w:b w:val="0"/>
          <w:color w:val="999999"/>
          <w:sz w:val="18"/>
        </w:rPr>
        <w:t>- - - - - - - - - - - - - - - - - (切り取り線) - - - - - - - - - - - - - - - - -</w:t>
      </w:r>
    </w:p>
    <w:p>
      <w:pPr>
        <w:spacing w:after="160" w:line="336" w:lineRule="auto"/>
        <w:jc w:val="center"/>
      </w:pPr>
      <w:r>
        <w:rPr>
          <w:b w:val="0"/>
          <w:sz w:val="24"/>
        </w:rPr>
        <w:t>忘年会に　　出席します　・　欠席します　(どちらかに○)</w:t>
      </w:r>
    </w:p>
    <w:p>
      <w:pPr>
        <w:spacing w:after="0" w:line="336" w:lineRule="auto"/>
        <w:jc w:val="center"/>
      </w:pPr>
      <w:r>
        <w:rPr>
          <w:b w:val="0"/>
          <w:sz w:val="24"/>
        </w:rPr>
        <w:t xml:space="preserve">氏名(所属)　　　　　　　　　　　　　　　　　　</w:t>
      </w:r>
    </w:p>
    <w:sectPr w:rsidR="00FC693F" w:rsidRPr="0006063C" w:rsidSect="00034616">
      <w:pgSz w:w="11906" w:h="16838"/>
      <w:pgMar w:top="1417" w:right="1417" w:bottom="1134" w:left="1417" w:header="720" w:footer="720" w:gutter="0"/>
      <w:cols w:space="720"/>
      <w:docGrid w:linePitch="360"/>
      <w:pgBorders w:offsetFrom="page">
        <w:top w:val="double" w:sz="18" w:space="24" w:color="0F6B7A"/>
        <w:left w:val="double" w:sz="18" w:space="24" w:color="0F6B7A"/>
        <w:bottom w:val="double" w:sz="18" w:space="24" w:color="0F6B7A"/>
        <w:right w:val="double" w:sz="18" w:space="24" w:color="0F6B7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