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所属長</w:t>
            </w:r>
          </w:p>
        </w:tc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人事・総務</w:t>
            </w:r>
          </w:p>
        </w:tc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受付</w:t>
            </w:r>
          </w:p>
        </w:tc>
      </w:tr>
      <w:tr>
        <w:trPr>
          <w:trHeight w:val="850" w:hRule="atLeast"/>
        </w:trPr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</w:tbl>
    <w:p>
      <w:pPr>
        <w:spacing w:after="160" w:before="80"/>
        <w:jc w:val="center"/>
      </w:pPr>
      <w:r>
        <w:rPr>
          <w:b/>
          <w:sz w:val="44"/>
        </w:rPr>
        <w:t>遅 刻 ・ 早 退 届</w:t>
      </w:r>
    </w:p>
    <w:p>
      <w:pPr>
        <w:spacing w:after="80" w:before="0"/>
        <w:jc w:val="right"/>
      </w:pPr>
      <w:r>
        <w:rPr>
          <w:b w:val="0"/>
          <w:sz w:val="21"/>
        </w:rPr>
        <w:t>提出日　　　　年　　月　　日</w:t>
      </w:r>
    </w:p>
    <w:p>
      <w:pPr>
        <w:spacing w:after="160" w:before="0"/>
        <w:jc w:val="left"/>
      </w:pPr>
      <w:r>
        <w:rPr>
          <w:b w:val="0"/>
          <w:sz w:val="22"/>
        </w:rPr>
        <w:t xml:space="preserve">　　　　　　　　　　　　　殿</w:t>
      </w:r>
    </w:p>
    <w:p>
      <w:pPr>
        <w:spacing w:after="160" w:before="0"/>
        <w:jc w:val="left"/>
      </w:pPr>
      <w:r>
        <w:rPr>
          <w:b w:val="0"/>
          <w:sz w:val="21"/>
        </w:rPr>
        <w:t xml:space="preserve">　下記のとおり届け出ます。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986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所属・氏名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>部署:　　　　　　　　　　氏名:　　　　　　　　　　　印</w:t>
            </w:r>
          </w:p>
        </w:tc>
      </w:tr>
      <w:tr>
        <w:trPr>
          <w:trHeight w:val="822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届け出の種類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>□ 遅刻　　□ 早退　　□ 外出(私用)</w:t>
            </w:r>
          </w:p>
        </w:tc>
      </w:tr>
      <w:tr>
        <w:trPr>
          <w:trHeight w:val="1479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日時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 xml:space="preserve">　　年　　月　　日(　)</w:t>
              <w:br/>
              <w:t>遅刻:　　時　　分に出勤　/　早退:　　時　　分に退社　/　外出:　　時　　分〜　　時　　分</w:t>
            </w:r>
          </w:p>
        </w:tc>
      </w:tr>
      <w:tr>
        <w:trPr>
          <w:trHeight w:val="1808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理由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>□ 電車・バスの遅れ(遅延証明書:□ あり □ なし)　□ 体調不良　□ 通院</w:t>
              <w:br/>
              <w:t>□ 家庭の事情　□ その他(　　　　　　　　　　　　　　　　　　　　)</w:t>
            </w:r>
          </w:p>
        </w:tc>
      </w:tr>
      <w:tr>
        <w:trPr>
          <w:trHeight w:val="986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事前の連絡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>□ した(　　時　　分ごろ、相手:　　　　　　)　□ していない</w:t>
            </w:r>
          </w:p>
        </w:tc>
      </w:tr>
    </w:tbl>
    <w:p>
      <w:pPr>
        <w:spacing w:after="40" w:before="120"/>
        <w:jc w:val="left"/>
      </w:pPr>
      <w:r>
        <w:rPr>
          <w:b w:val="0"/>
          <w:sz w:val="17"/>
        </w:rPr>
        <w:t>※電車の遅れによる遅刻は、遅延証明書を添えて提出してください。</w:t>
      </w:r>
    </w:p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