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before="80" w:line="288" w:lineRule="auto"/>
        <w:jc w:val="center"/>
      </w:pPr>
      <w:r>
        <w:rPr>
          <w:b/>
          <w:sz w:val="40"/>
        </w:rPr>
        <w:t>駐車場賃貸借契約書</w:t>
      </w:r>
    </w:p>
    <w:p>
      <w:pPr>
        <w:spacing w:after="120" w:before="0" w:line="288" w:lineRule="auto"/>
        <w:jc w:val="left"/>
      </w:pPr>
      <w:r>
        <w:rPr>
          <w:b w:val="0"/>
          <w:sz w:val="21"/>
        </w:rPr>
        <w:t xml:space="preserve">　貸主 ○○ ○○(以下「甲」という)と借主 ○○ ○○(以下「乙」という)は、次の駐車場の区画(以下「本区画」という)の賃貸借について、以下のとおり契約(以下「本契約」という)を締結する。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53" w:hRule="atLeast"/>
        </w:trPr>
        <w:tc>
          <w:tcPr>
            <w:tcW w:type="dxa" w:w="226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駐車場の名称・所在地</w:t>
            </w:r>
          </w:p>
        </w:tc>
        <w:tc>
          <w:tcPr>
            <w:tcW w:type="dxa" w:w="7143"/>
          </w:tcPr>
          <w:p>
            <w:r/>
            <w:r>
              <w:rPr>
                <w:b w:val="0"/>
                <w:sz w:val="20"/>
              </w:rPr>
              <w:t>○○駐車場　○○県○○市○○町4-5-6</w:t>
            </w:r>
          </w:p>
        </w:tc>
      </w:tr>
      <w:tr>
        <w:trPr>
          <w:trHeight w:val="453" w:hRule="atLeast"/>
        </w:trPr>
        <w:tc>
          <w:tcPr>
            <w:tcW w:type="dxa" w:w="226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区画番号</w:t>
            </w:r>
          </w:p>
        </w:tc>
        <w:tc>
          <w:tcPr>
            <w:tcW w:type="dxa" w:w="7143"/>
          </w:tcPr>
          <w:p>
            <w:r/>
            <w:r>
              <w:rPr>
                <w:b w:val="0"/>
                <w:sz w:val="20"/>
              </w:rPr>
              <w:t>No.○(白線で区切った区画)</w:t>
            </w:r>
          </w:p>
        </w:tc>
      </w:tr>
      <w:tr>
        <w:trPr>
          <w:trHeight w:val="453" w:hRule="atLeast"/>
        </w:trPr>
        <w:tc>
          <w:tcPr>
            <w:tcW w:type="dxa" w:w="226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駐車する車両</w:t>
            </w:r>
          </w:p>
        </w:tc>
        <w:tc>
          <w:tcPr>
            <w:tcW w:type="dxa" w:w="7143"/>
          </w:tcPr>
          <w:p>
            <w:r/>
            <w:r>
              <w:rPr>
                <w:b w:val="0"/>
                <w:sz w:val="20"/>
              </w:rPr>
              <w:t>車名:○○○○　登録番号:○○ 500 あ ○○-○○　色:白</w:t>
            </w:r>
          </w:p>
        </w:tc>
      </w:tr>
      <w:tr>
        <w:trPr>
          <w:trHeight w:val="453" w:hRule="atLeast"/>
        </w:trPr>
        <w:tc>
          <w:tcPr>
            <w:tcW w:type="dxa" w:w="226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契約期間</w:t>
            </w:r>
          </w:p>
        </w:tc>
        <w:tc>
          <w:tcPr>
            <w:tcW w:type="dxa" w:w="7143"/>
          </w:tcPr>
          <w:p>
            <w:r/>
            <w:r>
              <w:rPr>
                <w:b w:val="0"/>
                <w:sz w:val="20"/>
              </w:rPr>
              <w:t>20XX年○月○日から20XX年○月○日まで(1年間)</w:t>
            </w:r>
          </w:p>
        </w:tc>
      </w:tr>
      <w:tr>
        <w:trPr>
          <w:trHeight w:val="453" w:hRule="atLeast"/>
        </w:trPr>
        <w:tc>
          <w:tcPr>
            <w:tcW w:type="dxa" w:w="226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賃料</w:t>
            </w:r>
          </w:p>
        </w:tc>
        <w:tc>
          <w:tcPr>
            <w:tcW w:type="dxa" w:w="7143"/>
          </w:tcPr>
          <w:p>
            <w:r/>
            <w:r>
              <w:rPr>
                <w:b w:val="0"/>
                <w:sz w:val="20"/>
              </w:rPr>
              <w:t>月額　○○,○○○円(消費税等を含む)</w:t>
            </w:r>
          </w:p>
        </w:tc>
      </w:tr>
      <w:tr>
        <w:trPr>
          <w:trHeight w:val="453" w:hRule="atLeast"/>
        </w:trPr>
        <w:tc>
          <w:tcPr>
            <w:tcW w:type="dxa" w:w="226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支払方法</w:t>
            </w:r>
          </w:p>
        </w:tc>
        <w:tc>
          <w:tcPr>
            <w:tcW w:type="dxa" w:w="7143"/>
          </w:tcPr>
          <w:p>
            <w:r/>
            <w:r>
              <w:rPr>
                <w:b w:val="0"/>
                <w:sz w:val="20"/>
              </w:rPr>
              <w:t>毎月末日までに翌月分を、甲の指定する銀行口座に振り込んで支払う(振込手数料は乙の負担)</w:t>
            </w:r>
          </w:p>
        </w:tc>
      </w:tr>
      <w:tr>
        <w:trPr>
          <w:trHeight w:val="453" w:hRule="atLeast"/>
        </w:trPr>
        <w:tc>
          <w:tcPr>
            <w:tcW w:type="dxa" w:w="226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保証金</w:t>
            </w:r>
          </w:p>
        </w:tc>
        <w:tc>
          <w:tcPr>
            <w:tcW w:type="dxa" w:w="7143"/>
          </w:tcPr>
          <w:p>
            <w:r/>
            <w:r>
              <w:rPr>
                <w:b w:val="0"/>
                <w:sz w:val="20"/>
              </w:rPr>
              <w:t>○○,○○○円(契約の終了後、未払いの賃料などを差し引いて返還する)</w:t>
            </w:r>
          </w:p>
        </w:tc>
      </w:tr>
    </w:tbl>
    <w:p>
      <w:pPr>
        <w:spacing w:after="80" w:before="0" w:line="288" w:lineRule="auto"/>
        <w:jc w:val="left"/>
      </w:pP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第1条(使用)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乙は、本区画を、上の表の車両を駐車するためだけに使用する。車両を変えるときは、あらかじめ甲に届け出る。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第2条(禁止事項)</w:t>
      </w:r>
    </w:p>
    <w:p>
      <w:pPr>
        <w:spacing w:after="20" w:before="0" w:line="259" w:lineRule="auto"/>
        <w:jc w:val="left"/>
      </w:pPr>
      <w:r>
        <w:rPr>
          <w:b w:val="0"/>
          <w:sz w:val="19"/>
        </w:rPr>
        <w:t>乙は、次のことをしてはならない。</w:t>
      </w:r>
    </w:p>
    <w:p>
      <w:pPr>
        <w:spacing w:after="20" w:before="0" w:line="259" w:lineRule="auto"/>
        <w:jc w:val="left"/>
      </w:pPr>
      <w:r>
        <w:rPr>
          <w:b w:val="0"/>
          <w:sz w:val="19"/>
        </w:rPr>
        <w:t>(1) 本区画を第三者に転貸し、または使用させること</w:t>
      </w:r>
    </w:p>
    <w:p>
      <w:pPr>
        <w:spacing w:after="20" w:before="0" w:line="259" w:lineRule="auto"/>
        <w:jc w:val="left"/>
      </w:pPr>
      <w:r>
        <w:rPr>
          <w:b w:val="0"/>
          <w:sz w:val="19"/>
        </w:rPr>
        <w:t>(2) 本区画に車両以外の物を置くこと</w:t>
      </w:r>
    </w:p>
    <w:p>
      <w:pPr>
        <w:spacing w:after="20" w:before="0" w:line="259" w:lineRule="auto"/>
        <w:jc w:val="left"/>
      </w:pPr>
      <w:r>
        <w:rPr>
          <w:b w:val="0"/>
          <w:sz w:val="19"/>
        </w:rPr>
        <w:t>(3) 区画からはみ出して駐車し、またはほかの区画・通路に駐車すること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(4) 駐車場の中で、洗車・修理・騒音を出すなど、ほかの利用者の迷惑になること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第3条(責任)</w:t>
      </w:r>
    </w:p>
    <w:p>
      <w:pPr>
        <w:spacing w:after="20" w:before="0" w:line="259" w:lineRule="auto"/>
        <w:jc w:val="left"/>
      </w:pPr>
      <w:r>
        <w:rPr>
          <w:b w:val="0"/>
          <w:sz w:val="19"/>
        </w:rPr>
        <w:t>甲は、駐車場の中で起きた車両の盗難・損傷・事故について、甲の故意または過失による場合を除き、責任を負わない。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乙は、乙または乙の車両を運転する人が、駐車場の設備やほかの車両に損害を与えたときは、その損害を賠償する。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第4条(契約の更新)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期間満了の1か月前までに、甲乙いずれからも書面による申し出がないときは、本契約は同じ条件でさらに1年間更新し、以後も同様とする。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第5条(解約)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甲または乙は、1か月前までに相手方に書面で通知することにより、本契約を解約することができる。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第6条(契約の解除)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甲は、乙が賃料を2か月分以上滞納したとき、または本契約に違反し、催告しても改めないときは、本契約を解除することができる。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第7条(明渡し)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本契約が終了したときは、乙はただちに車両を移動し、本区画を明け渡す。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第8条(協議)</w:t>
      </w:r>
    </w:p>
    <w:p>
      <w:pPr>
        <w:keepNext/>
        <w:spacing w:after="40" w:before="0" w:line="259" w:lineRule="auto"/>
        <w:jc w:val="left"/>
      </w:pPr>
      <w:r>
        <w:rPr>
          <w:b w:val="0"/>
          <w:sz w:val="19"/>
        </w:rPr>
        <w:t>本契約に定めのない事項は、甲乙が誠意をもって協議して解決する。</w:t>
      </w:r>
    </w:p>
    <w:p>
      <w:pPr>
        <w:keepNext/>
        <w:spacing w:after="80" w:before="120" w:line="288" w:lineRule="auto"/>
        <w:jc w:val="left"/>
      </w:pPr>
      <w:r>
        <w:rPr>
          <w:b w:val="0"/>
          <w:sz w:val="21"/>
        </w:rPr>
        <w:t xml:space="preserve">　本契約の成立を証するため、本書を2通作成し、甲乙記名押印のうえ、各1通を保有する。</w:t>
      </w:r>
    </w:p>
    <w:p>
      <w:pPr>
        <w:keepNext/>
        <w:spacing w:after="80" w:before="80" w:line="288" w:lineRule="auto"/>
        <w:jc w:val="left"/>
      </w:pPr>
      <w:r>
        <w:rPr>
          <w:b w:val="0"/>
          <w:sz w:val="21"/>
        </w:rPr>
        <w:t>20XX年○月○日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cantSplit/>
        </w:trPr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甲(貸主)</w:t>
              <w:br/>
              <w:t>住所</w:t>
              <w:br/>
              <w:br/>
              <w:t>氏名・会社名</w:t>
              <w:br/>
              <w:t xml:space="preserve">　　　　　　　　　　　　　　　印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乙(借主)</w:t>
              <w:br/>
              <w:t>住所</w:t>
              <w:br/>
              <w:br/>
              <w:t>氏名・会社名</w:t>
              <w:br/>
              <w:t xml:space="preserve">　　　　　　　　　　　　　　　印</w:t>
            </w:r>
          </w:p>
        </w:tc>
      </w:tr>
    </w:tbl>
    <w:sectPr w:rsidR="00FC693F" w:rsidRPr="0006063C" w:rsidSect="00034616">
      <w:pgSz w:w="11906" w:h="16838"/>
      <w:pgMar w:top="794" w:right="1247" w:bottom="68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