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80" w:line="288" w:lineRule="auto"/>
        <w:jc w:val="center"/>
      </w:pPr>
      <w:r>
        <w:rPr>
          <w:b/>
          <w:sz w:val="40"/>
        </w:rPr>
        <w:t>自動車賃貸借契約書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貸主 ○○ ○○(以下「甲」という)と借主 ○○ ○○(以下「乙」という)は、次の自動車(以下「本車両」という)の賃貸借について、以下のとおり契約(以下「本契約」という)を締結する。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車両の表示</w:t>
            </w:r>
          </w:p>
        </w:tc>
        <w:tc>
          <w:tcPr>
            <w:tcW w:type="dxa" w:w="6917"/>
          </w:tcPr>
          <w:p>
            <w:r/>
            <w:r>
              <w:rPr>
                <w:b w:val="0"/>
                <w:sz w:val="20"/>
              </w:rPr>
              <w:t>車名・型式:○○○○　登録番号:○○ 500 あ ○○-○○</w:t>
              <w:br/>
              <w:t>車台番号:○○○-○○○○○○○　色:シルバー</w:t>
            </w:r>
          </w:p>
        </w:tc>
      </w:tr>
      <w:tr>
        <w:trPr>
          <w:trHeight w:val="45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貸出期間</w:t>
            </w:r>
          </w:p>
        </w:tc>
        <w:tc>
          <w:tcPr>
            <w:tcW w:type="dxa" w:w="6917"/>
          </w:tcPr>
          <w:p>
            <w:r/>
            <w:r>
              <w:rPr>
                <w:b w:val="0"/>
                <w:sz w:val="20"/>
              </w:rPr>
              <w:t>20XX年○月○日 ○時から20XX年○月○日 ○時まで</w:t>
            </w:r>
          </w:p>
        </w:tc>
      </w:tr>
      <w:tr>
        <w:trPr>
          <w:trHeight w:val="45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賃料</w:t>
            </w:r>
          </w:p>
        </w:tc>
        <w:tc>
          <w:tcPr>
            <w:tcW w:type="dxa" w:w="6917"/>
          </w:tcPr>
          <w:p>
            <w:r/>
            <w:r>
              <w:rPr>
                <w:b w:val="0"/>
                <w:sz w:val="20"/>
              </w:rPr>
              <w:t>金　○○,○○○円(期間全体)</w:t>
            </w:r>
          </w:p>
        </w:tc>
      </w:tr>
      <w:tr>
        <w:trPr>
          <w:trHeight w:val="45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支払方法</w:t>
            </w:r>
          </w:p>
        </w:tc>
        <w:tc>
          <w:tcPr>
            <w:tcW w:type="dxa" w:w="6917"/>
          </w:tcPr>
          <w:p>
            <w:r/>
            <w:r>
              <w:rPr>
                <w:b w:val="0"/>
                <w:sz w:val="20"/>
              </w:rPr>
              <w:t>貸出の日に現金で支払う</w:t>
            </w:r>
          </w:p>
        </w:tc>
      </w:tr>
      <w:tr>
        <w:trPr>
          <w:trHeight w:val="45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運転する人</w:t>
            </w:r>
          </w:p>
        </w:tc>
        <w:tc>
          <w:tcPr>
            <w:tcW w:type="dxa" w:w="6917"/>
          </w:tcPr>
          <w:p>
            <w:r/>
            <w:r>
              <w:rPr>
                <w:b w:val="0"/>
                <w:sz w:val="20"/>
              </w:rPr>
              <w:t>乙のみ(乙以外の人に運転させない)</w:t>
            </w:r>
          </w:p>
        </w:tc>
      </w:tr>
      <w:tr>
        <w:trPr>
          <w:trHeight w:val="453" w:hRule="atLeast"/>
        </w:trPr>
        <w:tc>
          <w:tcPr>
            <w:tcW w:type="dxa" w:w="249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貸出時の走行距離・燃料</w:t>
            </w:r>
          </w:p>
        </w:tc>
        <w:tc>
          <w:tcPr>
            <w:tcW w:type="dxa" w:w="6917"/>
          </w:tcPr>
          <w:p>
            <w:r/>
            <w:r>
              <w:rPr>
                <w:b w:val="0"/>
                <w:sz w:val="20"/>
              </w:rPr>
              <w:t>○○,○○○km　燃料:満タン</w:t>
            </w:r>
          </w:p>
        </w:tc>
      </w:tr>
    </w:tbl>
    <w:p>
      <w:pPr>
        <w:spacing w:after="80" w:before="0" w:line="288" w:lineRule="auto"/>
        <w:jc w:val="left"/>
      </w:pP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第1条(使用)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乙は、本車両を自らの用のためだけに使い、法令を守って安全に運転する。乙は、本車両を第三者に転貸し、または運転させてはならない。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第2条(保険)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甲は、本車両に、乙が運転する場合も補償の対象となる自動車保険(対人・対物)をかけていることを、乙に示す。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(運転者の範囲が「家族限定」などになっていないかを確かめる)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第3条(事故)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乙は、本車両で事故を起こしたときは、ただちに警察に届け、甲に連絡する。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事故・故障・損傷について乙に責任があるときは、保険で補償されない分(免責額・修理費・休車の損害など)は乙が負担する。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第4条(交通違反)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期間中の交通違反・駐車違反の反則金・罰金・放置違反金、有料道路の料金、駐車場代は、乙が負担する。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第5条(燃料・返却)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乙は、期間の終わりに、貸出時と同じ状態(燃料は満タン)で、甲の指定する場所に本車両を返却する。返却が遅れるときは、あらかじめ甲に連絡する。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第6条(故障)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乙の責めに帰すべき理由によらない故障は、甲の負担で修理する。乙は、故障に気づいたときは、すぐに運転をやめて甲に連絡する。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第7条(協議)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本契約に定めのない事項は、甲乙が誠意をもって協議して解決する。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甲(貸主)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乙(借主)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