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  <w:shd w:val="clear" w:color="auto" w:fill="1F6F78"/>
      </w:pPr>
      <w:r>
        <w:rPr>
          <w:b/>
          <w:color w:val="FFFFFF"/>
          <w:sz w:val="36"/>
        </w:rPr>
        <w:t xml:space="preserve"> 生徒募集 </w:t>
      </w:r>
    </w:p>
    <w:p>
      <w:pPr>
        <w:spacing w:before="320" w:after="0"/>
        <w:jc w:val="center"/>
      </w:pPr>
      <w:r>
        <w:rPr>
          <w:b/>
          <w:color w:val="1F6F78"/>
          <w:sz w:val="40"/>
        </w:rPr>
        <w:t>はじめての</w:t>
      </w:r>
    </w:p>
    <w:p>
      <w:pPr>
        <w:spacing w:before="0" w:after="0"/>
        <w:jc w:val="center"/>
      </w:pPr>
      <w:r>
        <w:rPr>
          <w:b/>
          <w:color w:val="1F6F78"/>
          <w:sz w:val="100"/>
        </w:rPr>
        <w:t>パソコン教室</w:t>
      </w:r>
    </w:p>
    <w:p>
      <w:pPr>
        <w:spacing w:before="120" w:after="320"/>
        <w:jc w:val="center"/>
      </w:pPr>
      <w:r>
        <w:rPr>
          <w:b w:val="0"/>
          <w:sz w:val="28"/>
        </w:rPr>
        <w:t>ワード・エクセルの基本を、少人数でゆっくり学べます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3515"/>
        <w:gridCol w:w="3515"/>
        <w:gridCol w:w="3515"/>
      </w:tblGrid>
      <w:tr>
        <w:trPr>
          <w:trHeight w:val="2041" w:hRule="atLeast"/>
        </w:trPr>
        <w:tc>
          <w:tcPr>
            <w:tcW w:type="dxa" w:w="3515"/>
            <w:shd w:val="clear" w:color="auto" w:fill="2A9D8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少人数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1クラス6名まで</w:t>
              <w:br/>
              <w:t>わからないところは</w:t>
              <w:br/>
              <w:t>その場で質問</w:t>
            </w:r>
          </w:p>
        </w:tc>
        <w:tc>
          <w:tcPr>
            <w:tcW w:type="dxa" w:w="3515"/>
            <w:shd w:val="clear" w:color="auto" w:fill="2A9D8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初心者OK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電源の入れ方から</w:t>
              <w:br/>
              <w:t>ていねいに</w:t>
            </w:r>
          </w:p>
        </w:tc>
        <w:tc>
          <w:tcPr>
            <w:tcW w:type="dxa" w:w="3515"/>
            <w:shd w:val="clear" w:color="auto" w:fill="2A9D8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無料体験</w:t>
            </w:r>
          </w:p>
          <w:p>
            <w:pPr>
              <w:spacing w:before="40" w:after="0"/>
              <w:jc w:val="center"/>
            </w:pPr>
            <w:r>
              <w:rPr>
                <w:b w:val="0"/>
                <w:color w:val="FFFFFF"/>
                <w:sz w:val="20"/>
              </w:rPr>
              <w:t>1回60分</w:t>
              <w:br/>
              <w:t>筆記用具だけで</w:t>
              <w:br/>
              <w:t>参加できます</w:t>
            </w:r>
          </w:p>
        </w:tc>
      </w:tr>
    </w:tbl>
    <w:p>
      <w:pPr>
        <w:spacing w:before="0" w:after="200"/>
        <w:jc w:val="center"/>
      </w:pPr>
      <w:r>
        <w:rPr>
          <w:b w:val="0"/>
          <w:sz w:val="16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FBFBF"/>
          <w:left w:val="single" w:sz="6" w:color="BFBFBF"/>
          <w:bottom w:val="single" w:sz="6" w:color="BFBFBF"/>
          <w:right w:val="single" w:sz="6" w:color="BFBFBF"/>
          <w:insideH w:val="single" w:sz="6" w:color="BFBFBF"/>
          <w:insideV w:val="single" w:sz="6" w:color="BFBFBF"/>
        </w:tblBorders>
      </w:tblPr>
      <w:tblGrid>
        <w:gridCol w:w="5273"/>
        <w:gridCol w:w="5273"/>
      </w:tblGrid>
      <w:tr>
        <w:tc>
          <w:tcPr>
            <w:tcW w:type="dxa" w:w="2041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日時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毎週火曜・金曜 10:00〜11:30(全8回)</w:t>
            </w:r>
          </w:p>
        </w:tc>
      </w:tr>
      <w:tr>
        <w:tc>
          <w:tcPr>
            <w:tcW w:type="dxa" w:w="2041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場所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○○公民館 2階 学習室</w:t>
            </w:r>
          </w:p>
        </w:tc>
      </w:tr>
      <w:tr>
        <w:tc>
          <w:tcPr>
            <w:tcW w:type="dxa" w:w="2041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受講料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8,000円(全8回・テキスト代込み)</w:t>
            </w:r>
          </w:p>
        </w:tc>
      </w:tr>
      <w:tr>
        <w:tc>
          <w:tcPr>
            <w:tcW w:type="dxa" w:w="2041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対象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パソコンをはじめて使う方、もう一度基本を学びたい方</w:t>
            </w:r>
          </w:p>
        </w:tc>
      </w:tr>
      <w:tr>
        <w:tc>
          <w:tcPr>
            <w:tcW w:type="dxa" w:w="2041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2"/>
              </w:rPr>
              <w:t>申込み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sz w:val="22"/>
              </w:rPr>
              <w:t>電話 00-0000-0000(平日9:00〜17:00)</w:t>
              <w:br/>
              <w:t>メール info@example.com</w:t>
            </w:r>
          </w:p>
        </w:tc>
      </w:tr>
    </w:tbl>
    <w:p>
      <w:pPr>
        <w:spacing w:before="0" w:after="16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FBFBF"/>
          <w:left w:val="single" w:sz="8" w:color="BFBFBF"/>
          <w:bottom w:val="single" w:sz="8" w:color="BFBFBF"/>
          <w:right w:val="single" w:sz="8" w:color="BFBFBF"/>
          <w:insideH w:val="single" w:sz="8" w:color="BFBFBF"/>
          <w:insideV w:val="single" w:sz="8" w:color="BFBFBF"/>
        </w:tblBorders>
      </w:tblPr>
      <w:tblGrid>
        <w:gridCol w:w="10546"/>
      </w:tblGrid>
      <w:tr>
        <w:trPr>
          <w:trHeight w:val="3118" w:hRule="exact"/>
        </w:trPr>
        <w:tc>
          <w:tcPr>
            <w:tcW w:type="dxa" w:w="10545"/>
            <w:shd w:val="clear" w:color="auto" w:fill="F4F4F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22"/>
              </w:rPr>
              <w:t>ここに教室の写真や会場の地図を貼ります</w:t>
              <w:br/>
              <w:t>(クリックしてから［挿入］→［画像］)</w:t>
            </w:r>
          </w:p>
        </w:tc>
      </w:tr>
    </w:tbl>
    <w:p>
      <w:pPr>
        <w:spacing w:before="320" w:after="0"/>
        <w:jc w:val="center"/>
      </w:pPr>
      <w:r>
        <w:rPr>
          <w:b/>
          <w:color w:val="1F6F78"/>
          <w:sz w:val="26"/>
        </w:rPr>
        <w:t>無料体験は随時受付中!お気軽にお問い合わせください</w:t>
      </w:r>
    </w:p>
    <w:sectPr w:rsidR="00FC693F" w:rsidRPr="0006063C" w:rsidSect="00034616">
      <w:pgSz w:w="11906" w:h="16838"/>
      <w:pgMar w:top="680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