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  <w:jc w:val="center"/>
        <w:shd w:val="clear" w:color="auto" w:fill="2E5C8A"/>
      </w:pPr>
      <w:r>
        <w:rPr>
          <w:b/>
          <w:color w:val="FFFFFF"/>
          <w:sz w:val="40"/>
        </w:rPr>
        <w:t xml:space="preserve"> スタッフ募集 </w:t>
      </w:r>
    </w:p>
    <w:p>
      <w:pPr>
        <w:spacing w:before="320" w:after="0"/>
        <w:jc w:val="center"/>
      </w:pPr>
      <w:r>
        <w:rPr>
          <w:b/>
          <w:color w:val="2E5C8A"/>
          <w:sz w:val="36"/>
        </w:rPr>
        <w:t>一緒に働く仲間を</w:t>
      </w:r>
    </w:p>
    <w:p>
      <w:pPr>
        <w:spacing w:before="0" w:after="200"/>
        <w:jc w:val="center"/>
      </w:pPr>
      <w:r>
        <w:rPr>
          <w:b/>
          <w:color w:val="2E5C8A"/>
          <w:sz w:val="80"/>
        </w:rPr>
        <w:t>募集しています!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24" w:color="FFFFFF"/>
          <w:left w:val="single" w:sz="24" w:color="FFFFFF"/>
          <w:bottom w:val="single" w:sz="24" w:color="FFFFFF"/>
          <w:right w:val="single" w:sz="24" w:color="FFFFFF"/>
          <w:insideH w:val="single" w:sz="24" w:color="FFFFFF"/>
          <w:insideV w:val="single" w:sz="24" w:color="FFFFFF"/>
        </w:tblBorders>
      </w:tblPr>
      <w:tblGrid>
        <w:gridCol w:w="3515"/>
        <w:gridCol w:w="3515"/>
        <w:gridCol w:w="3515"/>
      </w:tblGrid>
      <w:tr>
        <w:trPr>
          <w:trHeight w:val="1927" w:hRule="atLeast"/>
        </w:trPr>
        <w:tc>
          <w:tcPr>
            <w:tcW w:type="dxa" w:w="3515"/>
            <w:shd w:val="clear" w:color="auto" w:fill="4A7DB5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26"/>
              </w:rPr>
              <w:t>時給 1,100円〜</w:t>
            </w:r>
          </w:p>
          <w:p>
            <w:pPr>
              <w:spacing w:before="40" w:after="0"/>
              <w:jc w:val="center"/>
            </w:pPr>
            <w:r>
              <w:rPr>
                <w:b w:val="0"/>
                <w:color w:val="FFFFFF"/>
                <w:sz w:val="20"/>
              </w:rPr>
              <w:t>経験により優遇</w:t>
              <w:br/>
              <w:t>交通費支給(上限あり)</w:t>
            </w:r>
          </w:p>
        </w:tc>
        <w:tc>
          <w:tcPr>
            <w:tcW w:type="dxa" w:w="3515"/>
            <w:shd w:val="clear" w:color="auto" w:fill="4A7DB5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26"/>
              </w:rPr>
              <w:t>週2日〜OK</w:t>
            </w:r>
          </w:p>
          <w:p>
            <w:pPr>
              <w:spacing w:before="40" w:after="0"/>
              <w:jc w:val="center"/>
            </w:pPr>
            <w:r>
              <w:rPr>
                <w:b w:val="0"/>
                <w:color w:val="FFFFFF"/>
                <w:sz w:val="20"/>
              </w:rPr>
              <w:t>1日4時間から</w:t>
              <w:br/>
              <w:t>扶養内も相談OK</w:t>
            </w:r>
          </w:p>
        </w:tc>
        <w:tc>
          <w:tcPr>
            <w:tcW w:type="dxa" w:w="3515"/>
            <w:shd w:val="clear" w:color="auto" w:fill="4A7DB5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26"/>
              </w:rPr>
              <w:t>未経験歓迎</w:t>
            </w:r>
          </w:p>
          <w:p>
            <w:pPr>
              <w:spacing w:before="40" w:after="0"/>
              <w:jc w:val="center"/>
            </w:pPr>
            <w:r>
              <w:rPr>
                <w:b w:val="0"/>
                <w:color w:val="FFFFFF"/>
                <w:sz w:val="20"/>
              </w:rPr>
              <w:t>先輩がていねいに</w:t>
              <w:br/>
              <w:t>教えます</w:t>
            </w:r>
          </w:p>
        </w:tc>
      </w:tr>
    </w:tbl>
    <w:p>
      <w:pPr>
        <w:spacing w:before="0" w:after="200"/>
        <w:jc w:val="center"/>
      </w:pPr>
      <w:r>
        <w:rPr>
          <w:b w:val="0"/>
          <w:sz w:val="16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BFBFBF"/>
          <w:left w:val="single" w:sz="6" w:color="BFBFBF"/>
          <w:bottom w:val="single" w:sz="6" w:color="BFBFBF"/>
          <w:right w:val="single" w:sz="6" w:color="BFBFBF"/>
          <w:insideH w:val="single" w:sz="6" w:color="BFBFBF"/>
          <w:insideV w:val="single" w:sz="6" w:color="BFBFBF"/>
        </w:tblBorders>
      </w:tblPr>
      <w:tblGrid>
        <w:gridCol w:w="5273"/>
        <w:gridCol w:w="5273"/>
      </w:tblGrid>
      <w:tr>
        <w:tc>
          <w:tcPr>
            <w:tcW w:type="dxa" w:w="2041"/>
            <w:shd w:val="clear" w:color="auto" w:fill="2E5C8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22"/>
              </w:rPr>
              <w:t>職種</w:t>
            </w:r>
          </w:p>
        </w:tc>
        <w:tc>
          <w:tcPr>
            <w:tcW w:type="dxa" w:w="8504"/>
            <w:vAlign w:val="center"/>
          </w:tcPr>
          <w:p>
            <w:pPr>
              <w:spacing w:before="0" w:after="0"/>
              <w:jc w:val="left"/>
            </w:pPr>
            <w:r>
              <w:rPr>
                <w:b w:val="0"/>
                <w:sz w:val="22"/>
              </w:rPr>
              <w:t>カフェのホールスタッフ・キッチンスタッフ</w:t>
            </w:r>
          </w:p>
        </w:tc>
      </w:tr>
      <w:tr>
        <w:tc>
          <w:tcPr>
            <w:tcW w:type="dxa" w:w="2041"/>
            <w:shd w:val="clear" w:color="auto" w:fill="2E5C8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22"/>
              </w:rPr>
              <w:t>勤務時間</w:t>
            </w:r>
          </w:p>
        </w:tc>
        <w:tc>
          <w:tcPr>
            <w:tcW w:type="dxa" w:w="8504"/>
            <w:vAlign w:val="center"/>
          </w:tcPr>
          <w:p>
            <w:pPr>
              <w:spacing w:before="0" w:after="0"/>
              <w:jc w:val="left"/>
            </w:pPr>
            <w:r>
              <w:rPr>
                <w:b w:val="0"/>
                <w:sz w:val="22"/>
              </w:rPr>
              <w:t>9:00〜21:00の間で4時間〜(シフト制)</w:t>
            </w:r>
          </w:p>
        </w:tc>
      </w:tr>
      <w:tr>
        <w:tc>
          <w:tcPr>
            <w:tcW w:type="dxa" w:w="2041"/>
            <w:shd w:val="clear" w:color="auto" w:fill="2E5C8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22"/>
              </w:rPr>
              <w:t>給与</w:t>
            </w:r>
          </w:p>
        </w:tc>
        <w:tc>
          <w:tcPr>
            <w:tcW w:type="dxa" w:w="8504"/>
            <w:vAlign w:val="center"/>
          </w:tcPr>
          <w:p>
            <w:pPr>
              <w:spacing w:before="0" w:after="0"/>
              <w:jc w:val="left"/>
            </w:pPr>
            <w:r>
              <w:rPr>
                <w:b w:val="0"/>
                <w:sz w:val="22"/>
              </w:rPr>
              <w:t>時給1,100円〜(22時以降は25%増し)</w:t>
            </w:r>
          </w:p>
        </w:tc>
      </w:tr>
      <w:tr>
        <w:tc>
          <w:tcPr>
            <w:tcW w:type="dxa" w:w="2041"/>
            <w:shd w:val="clear" w:color="auto" w:fill="2E5C8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22"/>
              </w:rPr>
              <w:t>待遇</w:t>
            </w:r>
          </w:p>
        </w:tc>
        <w:tc>
          <w:tcPr>
            <w:tcW w:type="dxa" w:w="8504"/>
            <w:vAlign w:val="center"/>
          </w:tcPr>
          <w:p>
            <w:pPr>
              <w:spacing w:before="0" w:after="0"/>
              <w:jc w:val="left"/>
            </w:pPr>
            <w:r>
              <w:rPr>
                <w:b w:val="0"/>
                <w:sz w:val="22"/>
              </w:rPr>
              <w:t>交通費支給(月1万円まで)、まかないあり、制服貸与、社会保険(条件による)</w:t>
            </w:r>
          </w:p>
        </w:tc>
      </w:tr>
      <w:tr>
        <w:tc>
          <w:tcPr>
            <w:tcW w:type="dxa" w:w="2041"/>
            <w:shd w:val="clear" w:color="auto" w:fill="2E5C8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22"/>
              </w:rPr>
              <w:t>勤務地</w:t>
            </w:r>
          </w:p>
        </w:tc>
        <w:tc>
          <w:tcPr>
            <w:tcW w:type="dxa" w:w="8504"/>
            <w:vAlign w:val="center"/>
          </w:tcPr>
          <w:p>
            <w:pPr>
              <w:spacing w:before="0" w:after="0"/>
              <w:jc w:val="left"/>
            </w:pPr>
            <w:r>
              <w:rPr>
                <w:b w:val="0"/>
                <w:sz w:val="22"/>
              </w:rPr>
              <w:t>カフェ○○ ○○店(○○駅 徒歩5分)</w:t>
            </w:r>
          </w:p>
        </w:tc>
      </w:tr>
      <w:tr>
        <w:tc>
          <w:tcPr>
            <w:tcW w:type="dxa" w:w="2041"/>
            <w:shd w:val="clear" w:color="auto" w:fill="2E5C8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22"/>
              </w:rPr>
              <w:t>応募</w:t>
            </w:r>
          </w:p>
        </w:tc>
        <w:tc>
          <w:tcPr>
            <w:tcW w:type="dxa" w:w="8504"/>
            <w:vAlign w:val="center"/>
          </w:tcPr>
          <w:p>
            <w:pPr>
              <w:spacing w:before="0" w:after="0"/>
              <w:jc w:val="left"/>
            </w:pPr>
            <w:r>
              <w:rPr>
                <w:b w:val="0"/>
                <w:sz w:val="22"/>
              </w:rPr>
              <w:t>電話のうえ、履歴書(写真貼付)をお持ちください</w:t>
              <w:br/>
              <w:t>担当:○○　TEL 00-0000-0000</w:t>
            </w:r>
          </w:p>
        </w:tc>
      </w:tr>
    </w:tbl>
    <w:p>
      <w:pPr>
        <w:spacing w:before="0" w:after="160"/>
        <w:jc w:val="center"/>
      </w:pPr>
      <w:r>
        <w:rPr>
          <w:b w:val="0"/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8" w:color="BFBFBF"/>
          <w:left w:val="single" w:sz="8" w:color="BFBFBF"/>
          <w:bottom w:val="single" w:sz="8" w:color="BFBFBF"/>
          <w:right w:val="single" w:sz="8" w:color="BFBFBF"/>
          <w:insideH w:val="single" w:sz="8" w:color="BFBFBF"/>
          <w:insideV w:val="single" w:sz="8" w:color="BFBFBF"/>
        </w:tblBorders>
      </w:tblPr>
      <w:tblGrid>
        <w:gridCol w:w="10546"/>
      </w:tblGrid>
      <w:tr>
        <w:trPr>
          <w:trHeight w:val="3118" w:hRule="exact"/>
        </w:trPr>
        <w:tc>
          <w:tcPr>
            <w:tcW w:type="dxa" w:w="10545"/>
            <w:shd w:val="clear" w:color="auto" w:fill="F4F4F4"/>
            <w:vAlign w:val="center"/>
          </w:tcPr>
          <w:p>
            <w:pPr>
              <w:spacing w:before="0" w:after="0"/>
              <w:jc w:val="center"/>
            </w:pPr>
            <w:r>
              <w:rPr>
                <w:b w:val="0"/>
                <w:color w:val="8C8C8C"/>
                <w:sz w:val="22"/>
              </w:rPr>
              <w:t>ここにお店や働く様子の写真を貼ります</w:t>
              <w:br/>
              <w:t>(クリックしてから［挿入］→［画像］)</w:t>
            </w:r>
          </w:p>
        </w:tc>
      </w:tr>
    </w:tbl>
    <w:p>
      <w:pPr>
        <w:spacing w:before="280" w:after="0"/>
        <w:jc w:val="center"/>
      </w:pPr>
      <w:r>
        <w:rPr>
          <w:b/>
          <w:color w:val="2E5C8A"/>
          <w:sz w:val="28"/>
        </w:rPr>
        <w:t>まずはお気軽にお電話ください!</w:t>
      </w:r>
    </w:p>
    <w:sectPr w:rsidR="00FC693F" w:rsidRPr="0006063C" w:rsidSect="00034616">
      <w:pgSz w:w="11906" w:h="16838"/>
      <w:pgMar w:top="680" w:right="680" w:bottom="567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ゴシック" w:hAnsi="游ゴシック" w:eastAsia="游ゴシック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