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  <w:shd w:val="clear" w:color="auto" w:fill="C0392B"/>
      </w:pPr>
      <w:r>
        <w:rPr>
          <w:b/>
          <w:color w:val="FFFFFF"/>
          <w:sz w:val="28"/>
        </w:rPr>
        <w:t xml:space="preserve"> ○○ベーカリー </w:t>
      </w:r>
    </w:p>
    <w:p>
      <w:pPr>
        <w:spacing w:before="280" w:after="0"/>
        <w:jc w:val="center"/>
      </w:pPr>
      <w:r>
        <w:rPr>
          <w:b/>
          <w:color w:val="C0392B"/>
          <w:sz w:val="44"/>
        </w:rPr>
        <w:t>OPEN 1周年</w:t>
      </w:r>
    </w:p>
    <w:p>
      <w:pPr>
        <w:spacing w:before="0" w:after="0"/>
        <w:jc w:val="center"/>
      </w:pPr>
      <w:r>
        <w:rPr>
          <w:b/>
          <w:color w:val="C0392B"/>
          <w:sz w:val="120"/>
        </w:rPr>
        <w:t>感謝祭</w:t>
      </w:r>
    </w:p>
    <w:p>
      <w:pPr>
        <w:spacing w:before="80" w:after="280"/>
        <w:jc w:val="center"/>
      </w:pPr>
      <w:r>
        <w:rPr>
          <w:b/>
          <w:sz w:val="52"/>
        </w:rPr>
        <w:t>11/1(土)〜11/3(月・祝)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24" w:color="FFFFFF"/>
          <w:left w:val="single" w:sz="24" w:color="FFFFFF"/>
          <w:bottom w:val="single" w:sz="24" w:color="FFFFFF"/>
          <w:right w:val="single" w:sz="24" w:color="FFFFFF"/>
          <w:insideH w:val="single" w:sz="24" w:color="FFFFFF"/>
          <w:insideV w:val="single" w:sz="24" w:color="FFFFFF"/>
        </w:tblBorders>
      </w:tblPr>
      <w:tblGrid>
        <w:gridCol w:w="3515"/>
        <w:gridCol w:w="3515"/>
        <w:gridCol w:w="3515"/>
      </w:tblGrid>
      <w:tr>
        <w:trPr>
          <w:trHeight w:val="2154" w:hRule="atLeast"/>
        </w:trPr>
        <w:tc>
          <w:tcPr>
            <w:tcW w:type="dxa" w:w="3515"/>
            <w:shd w:val="clear" w:color="auto" w:fill="E67E2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6"/>
              </w:rPr>
              <w:t>全品10%OFF</w:t>
            </w:r>
          </w:p>
          <w:p>
            <w:pPr>
              <w:spacing w:before="40" w:after="0"/>
              <w:jc w:val="center"/>
            </w:pPr>
            <w:r>
              <w:rPr>
                <w:b w:val="0"/>
                <w:color w:val="FFFFFF"/>
                <w:sz w:val="20"/>
              </w:rPr>
              <w:t>パンも焼き菓子も</w:t>
              <w:br/>
              <w:t>3日間すべて</w:t>
            </w:r>
          </w:p>
        </w:tc>
        <w:tc>
          <w:tcPr>
            <w:tcW w:type="dxa" w:w="3515"/>
            <w:shd w:val="clear" w:color="auto" w:fill="E67E2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6"/>
              </w:rPr>
              <w:t>先着100名様</w:t>
            </w:r>
          </w:p>
          <w:p>
            <w:pPr>
              <w:spacing w:before="40" w:after="0"/>
              <w:jc w:val="center"/>
            </w:pPr>
            <w:r>
              <w:rPr>
                <w:b w:val="0"/>
                <w:color w:val="FFFFFF"/>
                <w:sz w:val="20"/>
              </w:rPr>
              <w:t>毎日、オリジナルの</w:t>
              <w:br/>
              <w:t>エコバッグを</w:t>
              <w:br/>
              <w:t>プレゼント</w:t>
            </w:r>
          </w:p>
        </w:tc>
        <w:tc>
          <w:tcPr>
            <w:tcW w:type="dxa" w:w="3515"/>
            <w:shd w:val="clear" w:color="auto" w:fill="E67E2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6"/>
              </w:rPr>
              <w:t>限定パン</w:t>
            </w:r>
          </w:p>
          <w:p>
            <w:pPr>
              <w:spacing w:before="40" w:after="0"/>
              <w:jc w:val="center"/>
            </w:pPr>
            <w:r>
              <w:rPr>
                <w:b w:val="0"/>
                <w:color w:val="FFFFFF"/>
                <w:sz w:val="20"/>
              </w:rPr>
              <w:t>1周年記念の</w:t>
              <w:br/>
              <w:t>「栗とさつまいもの</w:t>
              <w:br/>
              <w:t>デニッシュ」</w:t>
            </w:r>
          </w:p>
        </w:tc>
      </w:tr>
    </w:tbl>
    <w:p>
      <w:pPr>
        <w:spacing w:before="0" w:after="200"/>
        <w:jc w:val="center"/>
      </w:pPr>
      <w:r>
        <w:rPr>
          <w:b w:val="0"/>
          <w:sz w:val="16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BFBFBF"/>
          <w:left w:val="single" w:sz="6" w:color="BFBFBF"/>
          <w:bottom w:val="single" w:sz="6" w:color="BFBFBF"/>
          <w:right w:val="single" w:sz="6" w:color="BFBFBF"/>
          <w:insideH w:val="single" w:sz="6" w:color="BFBFBF"/>
          <w:insideV w:val="single" w:sz="6" w:color="BFBFBF"/>
        </w:tblBorders>
      </w:tblPr>
      <w:tblGrid>
        <w:gridCol w:w="5273"/>
        <w:gridCol w:w="5273"/>
      </w:tblGrid>
      <w:tr>
        <w:tc>
          <w:tcPr>
            <w:tcW w:type="dxa" w:w="2041"/>
            <w:shd w:val="clear" w:color="auto" w:fill="C0392B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2"/>
              </w:rPr>
              <w:t>営業時間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  <w:t>7:00〜18:00(感謝祭の期間も同じ)</w:t>
            </w:r>
          </w:p>
        </w:tc>
      </w:tr>
      <w:tr>
        <w:tc>
          <w:tcPr>
            <w:tcW w:type="dxa" w:w="2041"/>
            <w:shd w:val="clear" w:color="auto" w:fill="C0392B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2"/>
              </w:rPr>
              <w:t>住所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  <w:t>○○市○○町1-2-3(○○駅 東口から徒歩3分)</w:t>
            </w:r>
          </w:p>
        </w:tc>
      </w:tr>
      <w:tr>
        <w:tc>
          <w:tcPr>
            <w:tcW w:type="dxa" w:w="2041"/>
            <w:shd w:val="clear" w:color="auto" w:fill="C0392B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2"/>
              </w:rPr>
              <w:t>電話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  <w:t>00-0000-0000</w:t>
            </w:r>
          </w:p>
        </w:tc>
      </w:tr>
      <w:tr>
        <w:tc>
          <w:tcPr>
            <w:tcW w:type="dxa" w:w="2041"/>
            <w:shd w:val="clear" w:color="auto" w:fill="C0392B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2"/>
              </w:rPr>
              <w:t>定休日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  <w:t>毎週水曜日</w:t>
            </w:r>
          </w:p>
        </w:tc>
      </w:tr>
    </w:tbl>
    <w:p>
      <w:pPr>
        <w:spacing w:before="0" w:after="160"/>
        <w:jc w:val="center"/>
      </w:pPr>
      <w:r>
        <w:rPr>
          <w:b w:val="0"/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BFBFBF"/>
          <w:left w:val="single" w:sz="8" w:color="BFBFBF"/>
          <w:bottom w:val="single" w:sz="8" w:color="BFBFBF"/>
          <w:right w:val="single" w:sz="8" w:color="BFBFBF"/>
          <w:insideH w:val="single" w:sz="8" w:color="BFBFBF"/>
          <w:insideV w:val="single" w:sz="8" w:color="BFBFBF"/>
        </w:tblBorders>
      </w:tblPr>
      <w:tblGrid>
        <w:gridCol w:w="10546"/>
      </w:tblGrid>
      <w:tr>
        <w:trPr>
          <w:trHeight w:val="3515" w:hRule="exact"/>
        </w:trPr>
        <w:tc>
          <w:tcPr>
            <w:tcW w:type="dxa" w:w="10545"/>
            <w:shd w:val="clear" w:color="auto" w:fill="F4F4F4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color w:val="8C8C8C"/>
                <w:sz w:val="22"/>
              </w:rPr>
              <w:t>ここに商品やお店の写真を貼ります</w:t>
              <w:br/>
              <w:t>(クリックしてから［挿入］→［画像］)</w:t>
            </w:r>
          </w:p>
        </w:tc>
      </w:tr>
    </w:tbl>
    <w:p>
      <w:pPr>
        <w:spacing w:before="320" w:after="0"/>
        <w:jc w:val="center"/>
      </w:pPr>
      <w:r>
        <w:rPr>
          <w:b/>
          <w:color w:val="C0392B"/>
          <w:sz w:val="28"/>
        </w:rPr>
        <w:t>皆さまのご来店を、スタッフ一同お待ちしております!</w:t>
      </w:r>
    </w:p>
    <w:sectPr w:rsidR="00FC693F" w:rsidRPr="0006063C" w:rsidSect="00034616">
      <w:pgSz w:w="11906" w:h="16838"/>
      <w:pgMar w:top="680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