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 w:line="312" w:lineRule="auto"/>
        <w:jc w:val="center"/>
      </w:pPr>
      <w:r>
        <w:rPr>
          <w:b/>
          <w:sz w:val="44"/>
        </w:rPr>
        <w:t>保 護 者 同 意 書</w:t>
      </w:r>
    </w:p>
    <w:p>
      <w:pPr>
        <w:spacing w:after="200" w:before="0" w:line="312" w:lineRule="auto"/>
        <w:jc w:val="left"/>
      </w:pPr>
      <w:r>
        <w:rPr>
          <w:b w:val="0"/>
          <w:sz w:val="23"/>
        </w:rPr>
        <w:t>○○○○(会社名・お店の名前)　御中</w:t>
      </w:r>
    </w:p>
    <w:p>
      <w:pPr>
        <w:spacing w:after="160" w:before="0" w:line="312" w:lineRule="auto"/>
        <w:jc w:val="left"/>
      </w:pPr>
      <w:r>
        <w:rPr>
          <w:b w:val="0"/>
          <w:sz w:val="21"/>
        </w:rPr>
        <w:t xml:space="preserve">　私は、下記の者が貴社(貴店)で働くこと(アルバイト)について、保護者として同意します。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17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本人の氏名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65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本人の生年月日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 xml:space="preserve">　　　　年　　月　　日生(　　歳)</w:t>
            </w:r>
          </w:p>
        </w:tc>
      </w:tr>
      <w:tr>
        <w:trPr>
          <w:trHeight w:val="91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本人の住所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〒</w:t>
            </w:r>
          </w:p>
        </w:tc>
      </w:tr>
      <w:tr>
        <w:trPr>
          <w:trHeight w:val="65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学校名・学年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 xml:space="preserve">　　　　　　　　　　　　　　　　(　　年生)</w:t>
            </w:r>
          </w:p>
        </w:tc>
      </w:tr>
      <w:tr>
        <w:trPr>
          <w:trHeight w:val="65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勤務の内容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(例)ホールスタッフ(接客・配膳)</w:t>
            </w:r>
          </w:p>
        </w:tc>
      </w:tr>
      <w:tr>
        <w:trPr>
          <w:trHeight w:val="65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勤務の期間・時間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 xml:space="preserve">　　年　　月　　日から　　週○日・○時〜○時</w:t>
            </w:r>
          </w:p>
        </w:tc>
      </w:tr>
    </w:tbl>
    <w:p>
      <w:pPr>
        <w:spacing w:after="80" w:before="0" w:line="312" w:lineRule="auto"/>
        <w:jc w:val="left"/>
      </w:pPr>
      <w:r>
        <w:rPr>
          <w:b w:val="0"/>
          <w:sz w:val="21"/>
        </w:rPr>
      </w:r>
    </w:p>
    <w:p>
      <w:pPr>
        <w:spacing w:after="60" w:before="80" w:line="312" w:lineRule="auto"/>
        <w:jc w:val="left"/>
      </w:pPr>
      <w:r>
        <w:rPr>
          <w:b/>
          <w:sz w:val="22"/>
        </w:rPr>
        <w:t>同意にあたっての確認事項</w:t>
      </w:r>
    </w:p>
    <w:p>
      <w:pPr>
        <w:spacing w:after="40" w:before="0" w:line="312" w:lineRule="auto"/>
        <w:jc w:val="left"/>
      </w:pPr>
      <w:r>
        <w:rPr>
          <w:b w:val="0"/>
          <w:sz w:val="21"/>
        </w:rPr>
        <w:t>□ 学業に支障がないように働くことを、本人と確認しました。</w:t>
      </w:r>
    </w:p>
    <w:p>
      <w:pPr>
        <w:spacing w:after="40" w:before="0" w:line="312" w:lineRule="auto"/>
        <w:jc w:val="left"/>
      </w:pPr>
      <w:r>
        <w:rPr>
          <w:b w:val="0"/>
          <w:sz w:val="21"/>
        </w:rPr>
        <w:t>□ 勤務の内容・時間・場所について、説明を受けました。</w:t>
      </w:r>
    </w:p>
    <w:p>
      <w:pPr>
        <w:spacing w:after="40" w:before="0" w:line="312" w:lineRule="auto"/>
        <w:jc w:val="left"/>
      </w:pPr>
      <w:r>
        <w:rPr>
          <w:b w:val="0"/>
          <w:sz w:val="21"/>
        </w:rPr>
        <w:t>□ 緊急の場合は、下記の保護者の連絡先に連絡してください。</w:t>
      </w:r>
    </w:p>
    <w:p>
      <w:pPr>
        <w:spacing w:after="80" w:before="0" w:line="312" w:lineRule="auto"/>
        <w:jc w:val="left"/>
      </w:pPr>
      <w:r>
        <w:rPr>
          <w:b w:val="0"/>
          <w:sz w:val="21"/>
        </w:rPr>
      </w:r>
    </w:p>
    <w:p>
      <w:pPr>
        <w:spacing w:after="120" w:before="0" w:line="312" w:lineRule="auto"/>
        <w:jc w:val="left"/>
      </w:pPr>
      <w:r>
        <w:rPr>
          <w:b w:val="0"/>
          <w:sz w:val="21"/>
        </w:rPr>
        <w:t>20XX年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8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保護者の氏名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 xml:space="preserve">　　　　　　　　　　　　　　　　　　　　　印</w:t>
            </w:r>
          </w:p>
        </w:tc>
      </w:tr>
      <w:tr>
        <w:trPr>
          <w:trHeight w:val="5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本人との続柄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717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保護者の住所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□ 本人と同じ　　□ 別(〒　　　　　　　　　　　　　　)</w:t>
            </w:r>
          </w:p>
        </w:tc>
      </w:tr>
      <w:tr>
        <w:trPr>
          <w:trHeight w:val="65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連絡先(電話)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0" w:before="120" w:line="312" w:lineRule="auto"/>
        <w:jc w:val="left"/>
      </w:pPr>
      <w:r>
        <w:rPr>
          <w:b w:val="0"/>
          <w:sz w:val="18"/>
        </w:rPr>
        <w:t>※18歳未満の方が働くときに提出してください。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