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 w:line="312" w:lineRule="auto"/>
        <w:jc w:val="center"/>
      </w:pPr>
      <w:r>
        <w:rPr>
          <w:b/>
          <w:sz w:val="36"/>
        </w:rPr>
        <w:t>個人情報の取り扱いに関する同意書</w:t>
      </w:r>
    </w:p>
    <w:p>
      <w:pPr>
        <w:spacing w:after="200" w:before="0" w:line="312" w:lineRule="auto"/>
        <w:jc w:val="left"/>
      </w:pPr>
      <w:r>
        <w:rPr>
          <w:b w:val="0"/>
          <w:sz w:val="23"/>
        </w:rPr>
        <w:t>○○○○(会社名・団体名)　御中</w:t>
      </w:r>
    </w:p>
    <w:p>
      <w:pPr>
        <w:spacing w:after="160" w:before="0" w:line="312" w:lineRule="auto"/>
        <w:jc w:val="left"/>
      </w:pPr>
      <w:r>
        <w:rPr>
          <w:b w:val="0"/>
          <w:sz w:val="21"/>
        </w:rPr>
        <w:t xml:space="preserve">　私は、貴社(貴会)が私の個人情報を、以下の内容で取り扱うことについて説明を受け、同意します。</w:t>
      </w:r>
    </w:p>
    <w:p>
      <w:pPr>
        <w:spacing w:after="80" w:before="0" w:line="312" w:lineRule="auto"/>
        <w:ind w:left="340" w:hanging="340"/>
        <w:jc w:val="left"/>
      </w:pPr>
      <w:r>
        <w:rPr>
          <w:b w:val="0"/>
          <w:sz w:val="21"/>
        </w:rPr>
        <w:t>1．取得する個人情報　氏名、住所、電話番号、メールアドレス、生年月日</w:t>
      </w:r>
    </w:p>
    <w:p>
      <w:pPr>
        <w:spacing w:after="80" w:before="0" w:line="312" w:lineRule="auto"/>
        <w:ind w:left="340" w:hanging="340"/>
        <w:jc w:val="left"/>
      </w:pPr>
      <w:r>
        <w:rPr>
          <w:b w:val="0"/>
          <w:sz w:val="21"/>
        </w:rPr>
        <w:t>2．利用目的　(例)①○○のお申し込みの受付と連絡　②会報・お知らせの送付　③サービス向上のための統計(個人が特定されない形)</w:t>
      </w:r>
    </w:p>
    <w:p>
      <w:pPr>
        <w:spacing w:after="80" w:before="0" w:line="312" w:lineRule="auto"/>
        <w:ind w:left="340" w:hanging="340"/>
        <w:jc w:val="left"/>
      </w:pPr>
      <w:r>
        <w:rPr>
          <w:b w:val="0"/>
          <w:sz w:val="21"/>
        </w:rPr>
        <w:t>3．第三者への提供　法令にもとづく場合を除き、本人の同意なく第三者に提供しません。</w:t>
      </w:r>
    </w:p>
    <w:p>
      <w:pPr>
        <w:spacing w:after="80" w:before="0" w:line="312" w:lineRule="auto"/>
        <w:ind w:left="340" w:hanging="340"/>
        <w:jc w:val="left"/>
      </w:pPr>
      <w:r>
        <w:rPr>
          <w:b w:val="0"/>
          <w:sz w:val="21"/>
        </w:rPr>
        <w:t>4．業務の委託　発送などの業務を外部に委託する場合は、委託先を適切に管理します。</w:t>
      </w:r>
    </w:p>
    <w:p>
      <w:pPr>
        <w:spacing w:after="80" w:before="0" w:line="312" w:lineRule="auto"/>
        <w:ind w:left="340" w:hanging="340"/>
        <w:jc w:val="left"/>
      </w:pPr>
      <w:r>
        <w:rPr>
          <w:b w:val="0"/>
          <w:sz w:val="21"/>
        </w:rPr>
        <w:t>5．安全管理　個人情報は、なくしたり漏れたりしないよう適切に管理し、利用目的が終わったら速やかに消去します。</w:t>
      </w:r>
    </w:p>
    <w:p>
      <w:pPr>
        <w:spacing w:after="80" w:before="0" w:line="312" w:lineRule="auto"/>
        <w:ind w:left="340" w:hanging="340"/>
        <w:jc w:val="left"/>
      </w:pPr>
      <w:r>
        <w:rPr>
          <w:b w:val="0"/>
          <w:sz w:val="21"/>
        </w:rPr>
        <w:t>6．開示・訂正・利用停止　本人から求めがあったときは、個人情報の開示・訂正・利用停止などに応じます。</w:t>
      </w:r>
    </w:p>
    <w:p>
      <w:pPr>
        <w:spacing w:after="80" w:before="0" w:line="312" w:lineRule="auto"/>
        <w:ind w:left="340" w:hanging="340"/>
        <w:jc w:val="left"/>
      </w:pPr>
      <w:r>
        <w:rPr>
          <w:b w:val="0"/>
          <w:sz w:val="21"/>
        </w:rPr>
        <w:t>7．お問い合わせ窓口　○○○○ 担当:○○　電話 00-0000-0000　メール xxxx@example.com</w:t>
      </w:r>
    </w:p>
    <w:p>
      <w:pPr>
        <w:spacing w:after="120" w:before="0" w:line="312" w:lineRule="auto"/>
        <w:jc w:val="left"/>
      </w:pPr>
      <w:r>
        <w:rPr>
          <w:b w:val="0"/>
          <w:sz w:val="21"/>
        </w:rPr>
      </w:r>
    </w:p>
    <w:p>
      <w:pPr>
        <w:spacing w:after="160" w:before="0" w:line="312" w:lineRule="auto"/>
        <w:jc w:val="left"/>
      </w:pPr>
      <w:r>
        <w:rPr>
          <w:b/>
          <w:sz w:val="22"/>
        </w:rPr>
        <w:t>□ 上記の内容に同意します。</w:t>
      </w:r>
    </w:p>
    <w:p>
      <w:pPr>
        <w:spacing w:after="120" w:before="0" w:line="312" w:lineRule="auto"/>
        <w:jc w:val="left"/>
      </w:pPr>
      <w:r>
        <w:rPr>
          <w:b w:val="0"/>
          <w:sz w:val="21"/>
        </w:rPr>
        <w:t>20XX年　　月　　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1031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氏名(署名)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1031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住所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  <w:t>〒</w:t>
            </w:r>
          </w:p>
        </w:tc>
      </w:tr>
      <w:tr>
        <w:trPr>
          <w:trHeight w:val="793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電話番号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</w:r>
          </w:p>
        </w:tc>
      </w:tr>
    </w:tbl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