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 w:line="312" w:lineRule="auto"/>
        <w:jc w:val="center"/>
      </w:pPr>
      <w:r>
        <w:rPr>
          <w:b/>
          <w:sz w:val="34"/>
        </w:rPr>
        <w:t>写真・動画の撮影および掲載に関する同意書</w:t>
      </w:r>
    </w:p>
    <w:p>
      <w:pPr>
        <w:spacing w:after="200" w:before="0" w:line="312" w:lineRule="auto"/>
        <w:jc w:val="left"/>
      </w:pPr>
      <w:r>
        <w:rPr>
          <w:b w:val="0"/>
          <w:sz w:val="23"/>
        </w:rPr>
        <w:t>○○○○(主催者・団体名)　御中</w:t>
      </w:r>
    </w:p>
    <w:p>
      <w:pPr>
        <w:spacing w:after="160" w:before="0" w:line="312" w:lineRule="auto"/>
        <w:jc w:val="left"/>
      </w:pPr>
      <w:r>
        <w:rPr>
          <w:b w:val="0"/>
          <w:sz w:val="21"/>
        </w:rPr>
        <w:t xml:space="preserve">　私は、下記の撮影と、撮影した写真・動画の利用について説明を受け、以下のとおり同意します。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9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撮影する行事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(例)20XX年○月○日 ○○祭り</w:t>
            </w:r>
          </w:p>
        </w:tc>
      </w:tr>
      <w:tr>
        <w:trPr>
          <w:trHeight w:val="952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利用の目的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(例)団体の活動報告、次回の参加者募集のため</w:t>
            </w:r>
          </w:p>
        </w:tc>
      </w:tr>
    </w:tbl>
    <w:p>
      <w:pPr>
        <w:spacing w:after="80" w:before="0" w:line="312" w:lineRule="auto"/>
        <w:jc w:val="left"/>
      </w:pPr>
      <w:r>
        <w:rPr>
          <w:b w:val="0"/>
          <w:sz w:val="21"/>
        </w:rPr>
      </w:r>
    </w:p>
    <w:p>
      <w:pPr>
        <w:spacing w:after="60" w:before="80" w:line="312" w:lineRule="auto"/>
        <w:jc w:val="left"/>
      </w:pPr>
      <w:r>
        <w:rPr>
          <w:b/>
          <w:sz w:val="22"/>
        </w:rPr>
        <w:t>掲載してよい場所(あてはまるものに✓)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会報・チラシ・ポスターなどの印刷物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ホームページ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SNS(Instagram・X・Facebookなど)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掲載はしない(記録用の撮影のみ同意)</w:t>
      </w:r>
    </w:p>
    <w:p>
      <w:pPr>
        <w:spacing w:after="60" w:before="120" w:line="312" w:lineRule="auto"/>
        <w:jc w:val="left"/>
      </w:pPr>
      <w:r>
        <w:rPr>
          <w:b/>
          <w:sz w:val="22"/>
        </w:rPr>
        <w:t>掲載のしかた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顔が写っていてもよい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顔がわからないようにしてほしい(後ろ姿・ぼかしなど)</w:t>
      </w:r>
    </w:p>
    <w:p>
      <w:pPr>
        <w:spacing w:after="40" w:before="0" w:line="312" w:lineRule="auto"/>
        <w:ind w:left="227" w:hanging="227"/>
        <w:jc w:val="left"/>
      </w:pPr>
      <w:r>
        <w:rPr>
          <w:b w:val="0"/>
          <w:sz w:val="21"/>
        </w:rPr>
        <w:t>□ 名前を一緒に載せてもよい</w:t>
      </w:r>
    </w:p>
    <w:p>
      <w:pPr>
        <w:spacing w:after="160" w:before="120" w:line="312" w:lineRule="auto"/>
        <w:jc w:val="left"/>
      </w:pPr>
      <w:r>
        <w:rPr>
          <w:b w:val="0"/>
          <w:sz w:val="19"/>
        </w:rPr>
        <w:t xml:space="preserve">　※同意はいつでも取り消すことができます。取り消しの申し出があったときは、すでに印刷・配布したものを除き、速やかに掲載を取りやめます。</w:t>
      </w:r>
    </w:p>
    <w:p>
      <w:pPr>
        <w:spacing w:after="120" w:before="0" w:line="312" w:lineRule="auto"/>
        <w:jc w:val="left"/>
      </w:pPr>
      <w:r>
        <w:rPr>
          <w:b w:val="0"/>
          <w:sz w:val="21"/>
        </w:rPr>
        <w:t>20XX年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52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参加者の氏名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1111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保護者の氏名</w:t>
              <w:br/>
              <w:t>(未成年の場合)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79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連絡先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