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273"/>
        <w:gridCol w:w="5273"/>
      </w:tblGrid>
      <w:tr>
        <w:trPr>
          <w:trHeight w:val="1701" w:hRule="atLeast"/>
        </w:trPr>
        <w:tc>
          <w:tcPr>
            <w:tcW w:type="dxa" w:w="7143"/>
            <w:shd w:val="clear" w:color="auto" w:fill="E67E2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z w:val="60"/>
              </w:rPr>
              <w:t>えんだより</w:t>
            </w:r>
          </w:p>
          <w:p>
            <w:pPr>
              <w:spacing w:before="0" w:after="0"/>
              <w:jc w:val="center"/>
            </w:pPr>
            <w:r>
              <w:rPr>
                <w:b w:val="0"/>
                <w:color w:val="FFFFFF"/>
                <w:sz w:val="20"/>
              </w:rPr>
              <w:t>11がつごう</w:t>
            </w:r>
          </w:p>
        </w:tc>
        <w:tc>
          <w:tcPr>
            <w:tcW w:type="dxa" w:w="3402"/>
            <w:vAlign w:val="center"/>
          </w:tcPr>
          <w:p>
            <w:pPr>
              <w:spacing w:before="0" w:after="0"/>
              <w:jc w:val="right"/>
            </w:pPr>
            <w:r>
              <w:rPr>
                <w:b w:val="0"/>
                <w:color w:val="404040"/>
                <w:sz w:val="20"/>
              </w:rPr>
              <w:t>20XX年10月31日</w:t>
              <w:br/>
              <w:t>○○保育園</w:t>
              <w:br/>
              <w:t>園長 ○○ ○○</w:t>
            </w:r>
          </w:p>
        </w:tc>
      </w:tr>
    </w:tbl>
    <w:p>
      <w:pPr>
        <w:spacing w:before="0" w:after="80"/>
        <w:jc w:val="center"/>
      </w:pPr>
      <w:r>
        <w:rPr>
          <w:b w:val="0"/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273"/>
        <w:gridCol w:w="5273"/>
      </w:tblGrid>
      <w:tr>
        <w:tc>
          <w:tcPr>
            <w:tcW w:type="dxa" w:w="5272"/>
          </w:tcPr>
          <w:p>
            <w:pPr>
              <w:spacing w:before="0" w:after="100"/>
              <w:jc w:val="left"/>
              <w:pBdr>
                <w:bottom w:val="dashed" w:sz="6" w:color="E67E22"/>
              </w:pBdr>
            </w:pPr>
            <w:r>
              <w:rPr>
                <w:b/>
                <w:color w:val="E67E22"/>
                <w:sz w:val="28"/>
              </w:rPr>
              <w:t>■ 11月の目標</w:t>
            </w:r>
          </w:p>
          <w:p>
            <w:pPr>
              <w:spacing w:before="0" w:after="60"/>
              <w:jc w:val="left"/>
            </w:pPr>
            <w:r>
              <w:rPr>
                <w:b w:val="0"/>
                <w:sz w:val="24"/>
              </w:rPr>
              <w:t>・秋の自然にふれて遊ぶ</w:t>
            </w:r>
          </w:p>
          <w:p>
            <w:pPr>
              <w:spacing w:before="0" w:after="60"/>
              <w:jc w:val="left"/>
            </w:pPr>
            <w:r>
              <w:rPr>
                <w:b w:val="0"/>
                <w:sz w:val="24"/>
              </w:rPr>
              <w:t>・手洗い・うがいを自分でする</w:t>
            </w:r>
          </w:p>
          <w:p>
            <w:pPr>
              <w:spacing w:before="320" w:after="100"/>
              <w:jc w:val="left"/>
              <w:pBdr>
                <w:bottom w:val="dashed" w:sz="6" w:color="E67E22"/>
              </w:pBdr>
            </w:pPr>
            <w:r>
              <w:rPr>
                <w:b/>
                <w:color w:val="E67E22"/>
                <w:sz w:val="28"/>
              </w:rPr>
              <w:t>■ 11月の行事</w:t>
            </w:r>
          </w:p>
          <w:p>
            <w:pPr>
              <w:spacing w:before="0" w:after="60"/>
              <w:jc w:val="left"/>
            </w:pPr>
            <w:r>
              <w:rPr>
                <w:b w:val="0"/>
                <w:sz w:val="24"/>
              </w:rPr>
              <w:t>11/7(金)　避難訓練</w:t>
            </w:r>
          </w:p>
          <w:p>
            <w:pPr>
              <w:spacing w:before="0" w:after="60"/>
              <w:jc w:val="left"/>
            </w:pPr>
            <w:r>
              <w:rPr>
                <w:b w:val="0"/>
                <w:sz w:val="24"/>
              </w:rPr>
              <w:t>11/14(金)　いもほり遠足(雨天 11/18)</w:t>
            </w:r>
          </w:p>
          <w:p>
            <w:pPr>
              <w:spacing w:before="0" w:after="60"/>
              <w:jc w:val="left"/>
            </w:pPr>
            <w:r>
              <w:rPr>
                <w:b w:val="0"/>
                <w:sz w:val="24"/>
              </w:rPr>
              <w:t>11/21(金)　お誕生日会</w:t>
            </w:r>
          </w:p>
          <w:p>
            <w:pPr>
              <w:spacing w:before="0" w:after="60"/>
              <w:jc w:val="left"/>
            </w:pPr>
            <w:r>
              <w:rPr>
                <w:b w:val="0"/>
                <w:sz w:val="24"/>
              </w:rPr>
              <w:t>11/26(水)　保育参観</w:t>
            </w:r>
          </w:p>
          <w:p>
            <w:pPr>
              <w:spacing w:before="320" w:after="100"/>
              <w:jc w:val="left"/>
              <w:pBdr>
                <w:bottom w:val="dashed" w:sz="6" w:color="E67E22"/>
              </w:pBdr>
            </w:pPr>
            <w:r>
              <w:rPr>
                <w:b/>
                <w:color w:val="E67E22"/>
                <w:sz w:val="28"/>
              </w:rPr>
              <w:t>■ 園長より</w:t>
            </w:r>
          </w:p>
          <w:p>
            <w:pPr>
              <w:spacing w:before="0" w:after="60"/>
              <w:jc w:val="left"/>
            </w:pPr>
            <w:r>
              <w:rPr>
                <w:b w:val="0"/>
                <w:sz w:val="24"/>
              </w:rPr>
              <w:t>朝夕の冷え込みが感じられる季節になりました。園庭のどんぐりを集めて、子どもたちは毎日うれしそうに見せてくれます。</w:t>
            </w:r>
          </w:p>
        </w:tc>
        <w:tc>
          <w:tcPr>
            <w:tcW w:type="dxa" w:w="5272"/>
          </w:tcPr>
          <w:p/>
          <w:tbl>
            <w:tblPr>
              <w:tblW w:type="auto" w:w="0"/>
              <w:tblLook w:firstColumn="1" w:firstRow="1" w:lastColumn="0" w:lastRow="0" w:noHBand="0" w:noVBand="1" w:val="04A0"/>
              <w:tblBorders>
                <w:top w:val="single" w:sz="8" w:color="BFBFBF"/>
                <w:left w:val="single" w:sz="8" w:color="BFBFBF"/>
                <w:bottom w:val="single" w:sz="8" w:color="BFBFBF"/>
                <w:right w:val="single" w:sz="8" w:color="BFBFBF"/>
                <w:insideH w:val="single" w:sz="8" w:color="BFBFBF"/>
                <w:insideV w:val="single" w:sz="8" w:color="BFBFBF"/>
              </w:tblBorders>
            </w:tblPr>
            <w:tblGrid>
              <w:gridCol w:w="5272"/>
            </w:tblGrid>
            <w:tr>
              <w:trPr>
                <w:trHeight w:val="3969" w:hRule="exact"/>
              </w:trPr>
              <w:tc>
                <w:tcPr>
                  <w:tcW w:type="dxa" w:w="5272"/>
                  <w:shd w:val="clear" w:color="auto" w:fill="F4F4F4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8C8C8C"/>
                      <w:sz w:val="18"/>
                    </w:rPr>
                    <w:t>子どもたちの写真やイラストを貼る</w:t>
                  </w:r>
                </w:p>
              </w:tc>
            </w:tr>
          </w:tbl>
          <w:p/>
          <w:p>
            <w:pPr>
              <w:spacing w:before="320" w:after="100"/>
              <w:jc w:val="left"/>
              <w:pBdr>
                <w:bottom w:val="dashed" w:sz="6" w:color="E67E22"/>
              </w:pBdr>
            </w:pPr>
            <w:r>
              <w:rPr>
                <w:b/>
                <w:color w:val="E67E22"/>
                <w:sz w:val="28"/>
              </w:rPr>
              <w:t>■ おうちの方へ</w:t>
            </w:r>
          </w:p>
          <w:p>
            <w:pPr>
              <w:spacing w:before="0" w:after="60"/>
              <w:jc w:val="left"/>
            </w:pPr>
            <w:r>
              <w:rPr>
                <w:b w:val="0"/>
                <w:sz w:val="24"/>
              </w:rPr>
              <w:t>・いもほり遠足は、汚れてもよい服と長ぐつでお願いします。</w:t>
            </w:r>
          </w:p>
          <w:p>
            <w:pPr>
              <w:spacing w:before="0" w:after="60"/>
              <w:jc w:val="left"/>
            </w:pPr>
            <w:r>
              <w:rPr>
                <w:b w:val="0"/>
                <w:sz w:val="24"/>
              </w:rPr>
              <w:t>・着替えの服を、季節に合わせて入れかえてください。</w:t>
            </w:r>
          </w:p>
          <w:p>
            <w:pPr>
              <w:spacing w:before="0" w:after="60"/>
              <w:jc w:val="left"/>
            </w:pPr>
            <w:r>
              <w:rPr>
                <w:b w:val="0"/>
                <w:sz w:val="24"/>
              </w:rPr>
              <w:t>・持ち物すべてに名前を書いてください。</w:t>
            </w:r>
          </w:p>
          <w:p>
            <w:pPr>
              <w:spacing w:before="320" w:after="100"/>
              <w:jc w:val="left"/>
              <w:pBdr>
                <w:bottom w:val="dashed" w:sz="6" w:color="E67E22"/>
              </w:pBdr>
            </w:pPr>
            <w:r>
              <w:rPr>
                <w:b/>
                <w:color w:val="E67E22"/>
                <w:sz w:val="28"/>
              </w:rPr>
              <w:t>■ ほけんだより</w:t>
            </w:r>
          </w:p>
          <w:p>
            <w:pPr>
              <w:spacing w:before="0" w:after="60"/>
              <w:jc w:val="left"/>
            </w:pPr>
            <w:r>
              <w:rPr>
                <w:b w:val="0"/>
                <w:sz w:val="24"/>
              </w:rPr>
              <w:t>かぜが流行しています。熱があるときや、せき・鼻水がひどいときは、無理をせずお休みしてください。</w:t>
            </w:r>
          </w:p>
        </w:tc>
      </w:tr>
    </w:tbl>
    <w:p>
      <w:pPr>
        <w:spacing w:line="20" w:lineRule="exact"/>
      </w:pPr>
      <w:r>
        <w:rPr>
          <w:sz w:val="2"/>
        </w:rPr>
      </w:r>
    </w:p>
    <w:sectPr w:rsidR="00FC693F" w:rsidRPr="0006063C" w:rsidSect="00034616">
      <w:pgSz w:w="11906" w:h="16838"/>
      <w:pgMar w:top="567" w:right="680" w:bottom="454" w:left="6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348" w:lineRule="auto"/>
    </w:pPr>
    <w:rPr>
      <w:rFonts w:ascii="游ゴシック" w:hAnsi="游ゴシック" w:eastAsia="游ゴシック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