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イベント参加アンケート</w:t>
      </w:r>
    </w:p>
    <w:p>
      <w:pPr>
        <w:spacing w:after="160"/>
      </w:pPr>
      <w:r>
        <w:rPr>
          <w:sz w:val="20"/>
        </w:rPr>
        <w:t>本日はご参加いただき、ありがとうございました。次回の参考にさせていただきますので、ご協力をお願いいたします。</w:t>
      </w:r>
    </w:p>
    <w:p>
      <w:pPr>
        <w:spacing w:after="80"/>
      </w:pPr>
      <w:r>
        <w:rPr>
          <w:b/>
          <w:sz w:val="21"/>
        </w:rPr>
        <w:t>◆ あてはまる番号に○をつけてください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4195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質問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とても満足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満足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ふつう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やや不満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不満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Q1．イベントの内容はいかがでしたか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Q2．会場・設備はいかがでしたか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Q3．時間帯・時間の長さはいかがでしたか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Q4．スタッフの案内はいかがでしたか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Q5．また参加したいと思いますか(5:ぜひ〜1:思わない)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</w:tbl>
    <w:p>
      <w:pPr>
        <w:spacing w:before="200" w:after="80"/>
      </w:pPr>
      <w:r>
        <w:rPr>
          <w:b/>
          <w:sz w:val="21"/>
        </w:rPr>
        <w:t>Q6．よかったところを教えてください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2948" w:hRule="atLeast"/>
        </w:trPr>
        <w:tc>
          <w:tcPr>
            <w:tcW w:type="dxa" w:w="9865"/>
          </w:tcPr>
          <w:p/>
        </w:tc>
      </w:tr>
    </w:tbl>
    <w:p>
      <w:pPr>
        <w:spacing w:before="200" w:after="80"/>
      </w:pPr>
      <w:r>
        <w:rPr>
          <w:b/>
          <w:sz w:val="21"/>
        </w:rPr>
        <w:t>Q7．改善してほしいところ・ご意見・ご感想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2948" w:hRule="atLeast"/>
        </w:trPr>
        <w:tc>
          <w:tcPr>
            <w:tcW w:type="dxa" w:w="9865"/>
          </w:tcPr>
          <w:p/>
        </w:tc>
      </w:tr>
    </w:tbl>
    <w:p>
      <w:pPr>
        <w:spacing w:before="200"/>
      </w:pPr>
      <w:r>
        <w:rPr>
          <w:sz w:val="19"/>
        </w:rPr>
        <w:t>◆ 年代　10代以下・20代・30代・40代・50代・60代以上　　参加は　はじめて・2回目以上</w:t>
      </w:r>
    </w:p>
    <w:p>
      <w:pPr>
        <w:spacing w:before="120"/>
        <w:jc w:val="right"/>
      </w:pPr>
      <w:r>
        <w:rPr>
          <w:sz w:val="20"/>
        </w:rPr>
        <w:t>ご協力ありがとうございました。</w:t>
      </w:r>
    </w:p>
    <w:sectPr w:rsidR="00FC693F" w:rsidRPr="0006063C" w:rsidSect="00034616">
      <w:pgSz w:w="11906" w:h="16838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