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セミナー受講アンケート</w:t>
      </w:r>
    </w:p>
    <w:p>
      <w:pPr>
        <w:spacing w:after="160"/>
      </w:pPr>
      <w:r>
        <w:rPr>
          <w:sz w:val="20"/>
        </w:rPr>
        <w:t>本日はご参加いただき、誠にありがとうございました。今後の参考にさせていただきますので、ご協力をお願いいたします。</w:t>
      </w:r>
    </w:p>
    <w:p>
      <w:pPr>
        <w:spacing w:after="80"/>
      </w:pPr>
      <w:r>
        <w:rPr>
          <w:b/>
          <w:sz w:val="21"/>
        </w:rPr>
        <w:t>◆ あてはまる番号に○をつけてください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4195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質問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とても満足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満足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ふつう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やや不満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不満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Q1．内容はわかりやすかったですか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Q2．内容は業務の役に立ちそうですか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Q3．講師の説明はいかがでしたか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Q4．時間の長さはいかがでしたか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Q5．総合的な満足度はいかがでしたか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</w:tbl>
    <w:p>
      <w:pPr>
        <w:spacing w:before="200" w:after="80"/>
      </w:pPr>
      <w:r>
        <w:rPr>
          <w:b/>
          <w:sz w:val="21"/>
        </w:rPr>
        <w:t>Q6．特に役に立った内容を教えてください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2948" w:hRule="atLeast"/>
        </w:trPr>
        <w:tc>
          <w:tcPr>
            <w:tcW w:type="dxa" w:w="9865"/>
          </w:tcPr>
          <w:p/>
        </w:tc>
      </w:tr>
    </w:tbl>
    <w:p>
      <w:pPr>
        <w:spacing w:before="200" w:after="80"/>
      </w:pPr>
      <w:r>
        <w:rPr>
          <w:b/>
          <w:sz w:val="21"/>
        </w:rPr>
        <w:t>Q7．今後取り上げてほしいテーマ・ご意見・ご感想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2948" w:hRule="atLeast"/>
        </w:trPr>
        <w:tc>
          <w:tcPr>
            <w:tcW w:type="dxa" w:w="9865"/>
          </w:tcPr>
          <w:p/>
        </w:tc>
      </w:tr>
    </w:tbl>
    <w:p>
      <w:pPr>
        <w:spacing w:before="200"/>
      </w:pPr>
      <w:r>
        <w:rPr>
          <w:sz w:val="19"/>
        </w:rPr>
        <w:t>◆ ご所属(会社名・部署)　　　　　　　　　お名前(任意)</w:t>
      </w:r>
    </w:p>
    <w:p>
      <w:pPr>
        <w:spacing w:before="120"/>
        <w:jc w:val="right"/>
      </w:pPr>
      <w:r>
        <w:rPr>
          <w:sz w:val="20"/>
        </w:rPr>
        <w:t>ご協力ありがとうございました。</w:t>
      </w:r>
    </w:p>
    <w:sectPr w:rsidR="00FC693F" w:rsidRPr="0006063C" w:rsidSect="00034616">
      <w:pgSz w:w="11906" w:h="16838"/>
      <w:pgMar w:top="85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