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left"/>
      </w:pPr>
      <w:r>
        <w:rPr>
          <w:b w:val="0"/>
          <w:sz w:val="28"/>
        </w:rPr>
        <w:t>〒100-0000</w:t>
      </w:r>
    </w:p>
    <w:p>
      <w:pPr>
        <w:spacing w:before="120" w:after="0"/>
        <w:jc w:val="left"/>
      </w:pPr>
      <w:r>
        <w:rPr>
          <w:b w:val="0"/>
          <w:sz w:val="32"/>
        </w:rPr>
        <w:t>東京都千代田区○○町1-2-3　○○ビル5F</w:t>
      </w:r>
    </w:p>
    <w:p>
      <w:pPr>
        <w:spacing w:before="800" w:after="0"/>
        <w:jc w:val="left"/>
      </w:pPr>
      <w:r>
        <w:rPr>
          <w:b w:val="0"/>
          <w:sz w:val="36"/>
        </w:rPr>
        <w:t>株式会社○○○○　総務部　御中</w:t>
      </w:r>
    </w:p>
    <w:p>
      <w:pPr>
        <w:spacing w:before="800" w:after="0"/>
        <w:jc w:val="center"/>
      </w:pPr>
      <w:r>
        <w:rPr>
          <w:b/>
          <w:sz w:val="60"/>
        </w:rPr>
        <w:t>人事課　佐藤　一郎　様</w:t>
      </w:r>
    </w:p>
    <w:p>
      <w:pPr>
        <w:spacing w:before="1800" w:after="0"/>
        <w:jc w:val="left"/>
      </w:pPr>
      <w:r>
        <w:rPr>
          <w:b/>
          <w:color w:val="C00000"/>
          <w:sz w:val="40"/>
        </w:rPr>
        <w:t>応募書類在中</w:t>
      </w:r>
    </w:p>
    <w:p>
      <w:pPr>
        <w:spacing w:before="2400" w:after="0"/>
        <w:jc w:val="right"/>
      </w:pPr>
      <w:r>
        <w:rPr>
          <w:b w:val="0"/>
          <w:sz w:val="22"/>
        </w:rPr>
        <w:t>〒160-0000　東京都新宿区○○2-3-4</w:t>
      </w:r>
    </w:p>
    <w:p>
      <w:pPr>
        <w:spacing w:before="80" w:after="0"/>
        <w:jc w:val="right"/>
      </w:pPr>
      <w:r>
        <w:rPr>
          <w:b w:val="0"/>
          <w:sz w:val="26"/>
        </w:rPr>
        <w:t>○○ ○○</w:t>
      </w:r>
    </w:p>
    <w:sectPr w:rsidR="00FC693F" w:rsidRPr="0006063C" w:rsidSect="00034616">
      <w:pgSz w:w="13606" w:h="18822"/>
      <w:pgMar w:top="1417" w:right="1417" w:bottom="1134" w:left="1701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明朝" w:hAnsi="游明朝" w:eastAsia="游明朝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