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left"/>
      </w:pPr>
      <w:r>
        <w:rPr>
          <w:b w:val="0"/>
          <w:sz w:val="26"/>
        </w:rPr>
        <w:t>東京都千代田区○○町一丁目二番三号</w:t>
      </w:r>
    </w:p>
    <w:p>
      <w:pPr>
        <w:spacing w:before="0" w:after="0"/>
        <w:ind w:left="680"/>
        <w:jc w:val="left"/>
      </w:pPr>
      <w:r>
        <w:rPr>
          <w:b w:val="0"/>
          <w:sz w:val="26"/>
        </w:rPr>
        <w:t>○○ビル五階</w:t>
      </w:r>
    </w:p>
    <w:p>
      <w:pPr>
        <w:spacing w:before="0" w:after="0"/>
        <w:jc w:val="left"/>
      </w:pPr>
      <w:r>
        <w:rPr>
          <w:b w:val="0"/>
          <w:sz w:val="20"/>
        </w:rPr>
      </w:r>
    </w:p>
    <w:p>
      <w:pPr>
        <w:spacing w:before="0" w:after="0"/>
        <w:ind w:left="340"/>
        <w:jc w:val="left"/>
      </w:pPr>
      <w:r>
        <w:rPr>
          <w:b w:val="0"/>
          <w:sz w:val="28"/>
        </w:rPr>
        <w:t>株式会社○○○○</w:t>
      </w:r>
    </w:p>
    <w:p>
      <w:pPr>
        <w:spacing w:before="0" w:after="0"/>
        <w:ind w:left="340"/>
        <w:jc w:val="left"/>
      </w:pPr>
      <w:r>
        <w:rPr>
          <w:b w:val="0"/>
          <w:sz w:val="28"/>
        </w:rPr>
        <w:t>営業部　御中</w:t>
      </w:r>
    </w:p>
    <w:p>
      <w:pPr>
        <w:spacing w:before="0" w:after="0"/>
        <w:jc w:val="left"/>
      </w:pPr>
      <w:r>
        <w:rPr>
          <w:b w:val="0"/>
          <w:sz w:val="20"/>
        </w:rPr>
      </w:r>
    </w:p>
    <w:p>
      <w:pPr>
        <w:spacing w:before="0" w:after="0"/>
        <w:jc w:val="center"/>
      </w:pPr>
      <w:r>
        <w:rPr>
          <w:b/>
          <w:sz w:val="48"/>
        </w:rPr>
        <w:t>部長　山田　太郎　様</w:t>
      </w:r>
    </w:p>
    <w:p>
      <w:pPr>
        <w:spacing w:before="0" w:after="0"/>
        <w:jc w:val="left"/>
      </w:pPr>
      <w:r>
        <w:rPr>
          <w:b w:val="0"/>
          <w:sz w:val="20"/>
        </w:rPr>
      </w:r>
    </w:p>
    <w:p>
      <w:pPr>
        <w:spacing w:before="0" w:after="0"/>
        <w:jc w:val="right"/>
      </w:pPr>
      <w:r>
        <w:rPr>
          <w:b/>
          <w:color w:val="C00000"/>
          <w:sz w:val="28"/>
        </w:rPr>
        <w:t>請求書在中</w:t>
      </w:r>
    </w:p>
    <w:sectPr w:rsidR="00FC693F" w:rsidRPr="0006063C" w:rsidSect="00034616">
      <w:pgSz w:w="6803" w:h="13323"/>
      <w:pgMar w:top="2268" w:right="794" w:bottom="850" w:left="680" w:header="0" w:footer="0" w:gutter="0"/>
      <w:cols w:space="720"/>
      <w:docGrid w:linePitch="36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