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 w:before="120"/>
        <w:jc w:val="center"/>
      </w:pPr>
      <w:r>
        <w:rPr>
          <w:b/>
          <w:sz w:val="44"/>
        </w:rPr>
        <w:t>会 社 概 要</w:t>
      </w:r>
    </w:p>
    <w:p>
      <w:pPr>
        <w:spacing w:after="120" w:before="0"/>
        <w:jc w:val="right"/>
      </w:pPr>
      <w:r>
        <w:rPr>
          <w:b w:val="0"/>
          <w:sz w:val="20"/>
        </w:rPr>
        <w:t>20XX年○月○日現在</w:t>
      </w:r>
    </w:p>
    <w:p>
      <w:pPr>
        <w:spacing w:after="40" w:before="40"/>
        <w:jc w:val="left"/>
      </w:pPr>
      <w:r>
        <w:rPr>
          <w:b/>
          <w:sz w:val="23"/>
        </w:rPr>
        <w:t>ごあいさつ</w:t>
      </w:r>
    </w:p>
    <w:p>
      <w:pPr>
        <w:spacing w:after="40" w:before="0"/>
        <w:jc w:val="left"/>
      </w:pPr>
      <w:r>
        <w:rPr>
          <w:b w:val="0"/>
          <w:sz w:val="21"/>
        </w:rPr>
        <w:t xml:space="preserve">　当社は20XX年の創業以来、地域の中小企業のみなさまのIT化をお手伝いしてまいりました。これからも、お客様の「困った」にすぐに応えられる、身近なパートナーであり続けます。</w:t>
      </w:r>
    </w:p>
    <w:p>
      <w:pPr>
        <w:spacing w:after="120" w:before="0"/>
        <w:jc w:val="right"/>
      </w:pPr>
      <w:r>
        <w:rPr>
          <w:b w:val="0"/>
          <w:sz w:val="21"/>
        </w:rPr>
        <w:t>代表取締役　○○ ○○</w:t>
      </w:r>
    </w:p>
    <w:p>
      <w:pPr>
        <w:spacing w:after="40" w:before="80"/>
        <w:jc w:val="left"/>
      </w:pPr>
      <w:r>
        <w:rPr>
          <w:b/>
          <w:sz w:val="23"/>
        </w:rPr>
        <w:t>会社情報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6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会社名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株式会社○○○○(英文社名 ○○○○ Co., Ltd.)</w:t>
            </w:r>
          </w:p>
        </w:tc>
      </w:tr>
      <w:tr>
        <w:trPr>
          <w:trHeight w:val="56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所在地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〒○○○-○○○○　○○県○○市○○町1-2-3 ○○ビル5階</w:t>
            </w:r>
          </w:p>
        </w:tc>
      </w:tr>
      <w:tr>
        <w:trPr>
          <w:trHeight w:val="56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電話・FAX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電話 ○○-○○○○-○○○○　FAX ○○-○○○○-○○○○</w:t>
            </w:r>
          </w:p>
        </w:tc>
      </w:tr>
      <w:tr>
        <w:trPr>
          <w:trHeight w:val="56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設立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20XX年○月○日</w:t>
            </w:r>
          </w:p>
        </w:tc>
      </w:tr>
      <w:tr>
        <w:trPr>
          <w:trHeight w:val="56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資本金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1,000万円</w:t>
            </w:r>
          </w:p>
        </w:tc>
      </w:tr>
      <w:tr>
        <w:trPr>
          <w:trHeight w:val="56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代表者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代表取締役　○○ ○○</w:t>
            </w:r>
          </w:p>
        </w:tc>
      </w:tr>
      <w:tr>
        <w:trPr>
          <w:trHeight w:val="56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従業員数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25名(20XX年○月現在・パートを含む)</w:t>
            </w:r>
          </w:p>
        </w:tc>
      </w:tr>
      <w:tr>
        <w:trPr>
          <w:trHeight w:val="1247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事業内容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・業務用ソフトウェアの開発・販売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・中小企業向けITサポート(パソコン・ネットワークの導入と保守)</w:t>
            </w:r>
          </w:p>
          <w:p>
            <w:pPr>
              <w:spacing w:after="0"/>
            </w:pPr>
            <w:r>
              <w:rPr>
                <w:b w:val="0"/>
                <w:sz w:val="19"/>
              </w:rPr>
              <w:t>・Webサイトの制作・運用</w:t>
            </w:r>
          </w:p>
        </w:tc>
      </w:tr>
    </w:tbl>
    <w:p>
      <w:pPr>
        <w:spacing w:after="40" w:before="160"/>
        <w:jc w:val="left"/>
      </w:pPr>
      <w:r>
        <w:rPr>
          <w:b/>
          <w:sz w:val="23"/>
        </w:rPr>
        <w:t>沿革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年月</w:t>
            </w:r>
          </w:p>
        </w:tc>
        <w:tc>
          <w:tcPr>
            <w:tcW w:type="dxa" w:w="8164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19"/>
              </w:rPr>
              <w:t>できごと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20XX年○月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○○県○○市に、株式会社○○○○を設立(資本金300万円)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20XX年○月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業務用ソフトウェア「○○」を発売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20XX年○月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本社を現在地に移転。資本金を1,000万円に増資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20XX年○月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ITサポート事業を開始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spacing w:after="0"/>
              <w:jc w:val="center"/>
            </w:pPr>
            <w:r/>
            <w:r>
              <w:rPr>
                <w:b w:val="0"/>
                <w:sz w:val="19"/>
              </w:rPr>
              <w:t>20XX年○月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ISO○○○○の認証を取得</w:t>
            </w:r>
          </w:p>
        </w:tc>
      </w:tr>
    </w:tbl>
    <w:p>
      <w:pPr>
        <w:spacing w:after="40" w:before="160"/>
        <w:jc w:val="left"/>
      </w:pPr>
      <w:r>
        <w:rPr>
          <w:b/>
          <w:sz w:val="23"/>
        </w:rPr>
        <w:t>アクセス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</w:tblGrid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最寄り駅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○○線「○○駅」東口から徒歩5分</w:t>
            </w:r>
          </w:p>
        </w:tc>
      </w:tr>
      <w:tr>
        <w:trPr>
          <w:trHeight w:val="510" w:hRule="atLeast"/>
          <w:cantSplit/>
        </w:trPr>
        <w:tc>
          <w:tcPr>
            <w:tcW w:type="dxa" w:w="1701"/>
            <w:shd w:val="clear" w:color="auto" w:fill="E7EEF3"/>
          </w:tcPr>
          <w:p>
            <w:pPr>
              <w:spacing w:after="0"/>
              <w:jc w:val="center"/>
            </w:pPr>
            <w:r/>
            <w:r>
              <w:rPr>
                <w:b/>
                <w:sz w:val="20"/>
              </w:rPr>
              <w:t>お車の場合</w:t>
            </w:r>
          </w:p>
        </w:tc>
        <w:tc>
          <w:tcPr>
            <w:tcW w:type="dxa" w:w="8164"/>
          </w:tcPr>
          <w:p>
            <w:pPr>
              <w:spacing w:after="0"/>
            </w:pPr>
            <w:r/>
            <w:r>
              <w:rPr>
                <w:b w:val="0"/>
                <w:sz w:val="19"/>
              </w:rPr>
              <w:t>○○インターから約10分(来客用駐車場 2台)</w:t>
            </w:r>
          </w:p>
        </w:tc>
      </w:tr>
    </w:tbl>
    <w:sectPr w:rsidR="00FC693F" w:rsidRPr="0006063C" w:rsidSect="00034616">
      <w:pgSz w:w="11906" w:h="16838"/>
      <w:pgMar w:top="794" w:right="1020" w:bottom="68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游ゴシック" w:hAnsi="游ゴシック" w:eastAsia="游ゴシック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