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120"/>
        <w:jc w:val="center"/>
      </w:pPr>
      <w:r>
        <w:rPr>
          <w:b/>
          <w:sz w:val="44"/>
        </w:rPr>
        <w:t>会 社 概 要</w:t>
      </w:r>
    </w:p>
    <w:p>
      <w:pPr>
        <w:spacing w:after="120" w:before="0"/>
        <w:jc w:val="right"/>
      </w:pPr>
      <w:r>
        <w:rPr>
          <w:b w:val="0"/>
          <w:sz w:val="20"/>
        </w:rPr>
        <w:t>20XX年○月○日現在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850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会社名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株式会社○○○○(英文社名 ○○○○ Co., Ltd.)</w:t>
            </w:r>
          </w:p>
        </w:tc>
      </w:tr>
      <w:tr>
        <w:trPr>
          <w:trHeight w:val="850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所在地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〒○○○-○○○○　○○県○○市○○町1-2-3 ○○ビル5階</w:t>
            </w:r>
          </w:p>
        </w:tc>
      </w:tr>
      <w:tr>
        <w:trPr>
          <w:trHeight w:val="850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電話・FAX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電話 ○○-○○○○-○○○○　FAX ○○-○○○○-○○○○</w:t>
            </w:r>
          </w:p>
        </w:tc>
      </w:tr>
      <w:tr>
        <w:trPr>
          <w:trHeight w:val="850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URL・メール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https://www.example.com　info@example.com</w:t>
            </w:r>
          </w:p>
        </w:tc>
      </w:tr>
      <w:tr>
        <w:trPr>
          <w:trHeight w:val="850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設立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20XX年○月○日</w:t>
            </w:r>
          </w:p>
        </w:tc>
      </w:tr>
      <w:tr>
        <w:trPr>
          <w:trHeight w:val="850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資本金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1,000万円</w:t>
            </w:r>
          </w:p>
        </w:tc>
      </w:tr>
      <w:tr>
        <w:trPr>
          <w:trHeight w:val="850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代表者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代表取締役　○○ ○○</w:t>
            </w:r>
          </w:p>
        </w:tc>
      </w:tr>
      <w:tr>
        <w:trPr>
          <w:trHeight w:val="850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従業員数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25名(20XX年○月現在・パートを含む)</w:t>
            </w:r>
          </w:p>
        </w:tc>
      </w:tr>
      <w:tr>
        <w:trPr>
          <w:trHeight w:val="1530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事業内容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・業務用ソフトウェアの開発・販売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・中小企業向けITサポート(パソコン・ネットワークの導入と保守)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・Webサイトの制作・運用</w:t>
            </w:r>
          </w:p>
        </w:tc>
      </w:tr>
      <w:tr>
        <w:trPr>
          <w:trHeight w:val="963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主要取引先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○○株式会社、△△株式会社、□□市役所(順不同・敬称略)</w:t>
            </w:r>
          </w:p>
        </w:tc>
      </w:tr>
      <w:tr>
        <w:trPr>
          <w:trHeight w:val="850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取引銀行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○○銀行 ○○支店、△△信用金庫 ○○支店</w:t>
            </w:r>
          </w:p>
        </w:tc>
      </w:tr>
      <w:tr>
        <w:trPr>
          <w:trHeight w:val="850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許認可・認証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○○の登録(第○○号)、ISO○○○○ 認証取得</w:t>
            </w:r>
          </w:p>
        </w:tc>
      </w:tr>
    </w:tbl>
    <w:sectPr w:rsidR="00FC693F" w:rsidRPr="0006063C" w:rsidSect="00034616">
      <w:pgSz w:w="11906" w:h="16838"/>
      <w:pgMar w:top="794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