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273"/>
        <w:gridCol w:w="5273"/>
      </w:tblGrid>
      <w:tr>
        <w:trPr>
          <w:trHeight w:val="1701" w:hRule="atLeast"/>
        </w:trPr>
        <w:tc>
          <w:tcPr>
            <w:tcW w:type="dxa" w:w="7143"/>
            <w:shd w:val="clear" w:color="auto" w:fill="2E7D3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60"/>
              </w:rPr>
              <w:t>えがお</w:t>
            </w:r>
          </w:p>
          <w:p>
            <w:pPr>
              <w:spacing w:before="0" w:after="0"/>
              <w:jc w:val="center"/>
            </w:pPr>
            <w:r>
              <w:rPr>
                <w:b w:val="0"/>
                <w:color w:val="FFFFFF"/>
                <w:sz w:val="20"/>
              </w:rPr>
              <w:t>○年○組 学級通信</w:t>
            </w:r>
          </w:p>
        </w:tc>
        <w:tc>
          <w:tcPr>
            <w:tcW w:type="dxa" w:w="3402"/>
            <w:vAlign w:val="center"/>
          </w:tcPr>
          <w:p>
            <w:pPr>
              <w:spacing w:before="0" w:after="0"/>
              <w:jc w:val="right"/>
            </w:pPr>
            <w:r>
              <w:rPr>
                <w:b w:val="0"/>
                <w:color w:val="404040"/>
                <w:sz w:val="20"/>
              </w:rPr>
              <w:t>20XX年10月25日</w:t>
              <w:br/>
              <w:t>第12号</w:t>
              <w:br/>
              <w:t>○○市立○○小学校</w:t>
              <w:br/>
              <w:t>担任 ○○ ○○</w:t>
            </w:r>
          </w:p>
        </w:tc>
      </w:tr>
    </w:tbl>
    <w:p>
      <w:pPr>
        <w:spacing w:before="0" w:after="80"/>
        <w:jc w:val="center"/>
      </w:pPr>
      <w:r>
        <w:rPr>
          <w:b w:val="0"/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273"/>
        <w:gridCol w:w="5273"/>
      </w:tblGrid>
      <w:tr>
        <w:tc>
          <w:tcPr>
            <w:tcW w:type="dxa" w:w="5272"/>
          </w:tcPr>
          <w:p>
            <w:pPr>
              <w:spacing w:before="0" w:after="100"/>
              <w:jc w:val="left"/>
              <w:pBdr>
                <w:bottom w:val="dashed" w:sz="6" w:color="2E7D32"/>
              </w:pBdr>
            </w:pPr>
            <w:r>
              <w:rPr>
                <w:b/>
                <w:color w:val="2E7D32"/>
                <w:sz w:val="28"/>
              </w:rPr>
              <w:t>■ 運動会、よくがんばりました!</w:t>
            </w:r>
          </w:p>
          <w:p>
            <w:pPr>
              <w:spacing w:before="0" w:after="60"/>
              <w:jc w:val="left"/>
            </w:pPr>
            <w:r>
              <w:rPr>
                <w:b w:val="0"/>
                <w:sz w:val="24"/>
              </w:rPr>
              <w:t>10月○日の運動会では、たくさんの応援をありがとうございました。リレーでは、バトンを落としても最後まで走りきり、クラスみんなで声をかけ合う姿に、成長を感じました。</w:t>
            </w:r>
          </w:p>
          <w:p>
            <w:pPr>
              <w:spacing w:before="0" w:after="60"/>
              <w:jc w:val="left"/>
            </w:pPr>
            <w:r>
              <w:rPr>
                <w:b w:val="0"/>
                <w:sz w:val="24"/>
              </w:rPr>
              <w:t>終わったあとの教室では「来年も勝ちたい!」と、もう次の目標を話している子もいました。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single" w:sz="8" w:color="BFBFBF"/>
                <w:left w:val="single" w:sz="8" w:color="BFBFBF"/>
                <w:bottom w:val="single" w:sz="8" w:color="BFBFBF"/>
                <w:right w:val="single" w:sz="8" w:color="BFBFBF"/>
                <w:insideH w:val="single" w:sz="8" w:color="BFBFBF"/>
                <w:insideV w:val="single" w:sz="8" w:color="BFBFBF"/>
              </w:tblBorders>
            </w:tblPr>
            <w:tblGrid>
              <w:gridCol w:w="5272"/>
            </w:tblGrid>
            <w:tr>
              <w:trPr>
                <w:trHeight w:val="2381" w:hRule="exact"/>
              </w:trPr>
              <w:tc>
                <w:tcPr>
                  <w:tcW w:type="dxa" w:w="5272"/>
                  <w:shd w:val="clear" w:color="auto" w:fill="F4F4F4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8C8C8C"/>
                      <w:sz w:val="18"/>
                    </w:rPr>
                    <w:t>写真を貼る</w:t>
                    <w:br/>
                    <w:t>(クリックして［挿入］→［画像］)</w:t>
                  </w:r>
                </w:p>
              </w:tc>
            </w:tr>
          </w:tbl>
          <w:p/>
          <w:p>
            <w:pPr>
              <w:spacing w:before="320" w:after="100"/>
              <w:jc w:val="left"/>
              <w:pBdr>
                <w:bottom w:val="dashed" w:sz="6" w:color="2E7D32"/>
              </w:pBdr>
            </w:pPr>
            <w:r>
              <w:rPr>
                <w:b/>
                <w:color w:val="2E7D32"/>
                <w:sz w:val="28"/>
              </w:rPr>
              <w:t>■ 今月のめあて</w:t>
            </w:r>
          </w:p>
          <w:p>
            <w:pPr>
              <w:spacing w:before="0" w:after="60"/>
              <w:jc w:val="left"/>
            </w:pPr>
            <w:r>
              <w:rPr>
                <w:b w:val="0"/>
                <w:sz w:val="24"/>
              </w:rPr>
              <w:t>「自分から あいさつを しよう」</w:t>
            </w:r>
          </w:p>
          <w:p>
            <w:pPr>
              <w:spacing w:before="0" w:after="60"/>
              <w:jc w:val="left"/>
            </w:pPr>
            <w:r>
              <w:rPr>
                <w:b w:val="0"/>
                <w:sz w:val="24"/>
              </w:rPr>
              <w:t>朝の会で、毎日1人ずつ「あいさつ名人」を発表しています。</w:t>
            </w:r>
          </w:p>
        </w:tc>
        <w:tc>
          <w:tcPr>
            <w:tcW w:type="dxa" w:w="5272"/>
          </w:tcPr>
          <w:p>
            <w:pPr>
              <w:spacing w:before="0" w:after="100"/>
              <w:jc w:val="left"/>
              <w:pBdr>
                <w:bottom w:val="dashed" w:sz="6" w:color="2E7D32"/>
              </w:pBdr>
            </w:pPr>
            <w:r>
              <w:rPr>
                <w:b/>
                <w:color w:val="2E7D32"/>
                <w:sz w:val="28"/>
              </w:rPr>
              <w:t>■ 11月の予定</w:t>
            </w:r>
          </w:p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2636"/>
              <w:gridCol w:w="2636"/>
            </w:tblGrid>
            <w:tr>
              <w:tc>
                <w:tcPr>
                  <w:tcW w:type="dxa" w:w="1361"/>
                  <w:shd w:val="clear" w:color="auto" w:fill="E2EFDA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sz w:val="23"/>
                    </w:rPr>
                    <w:t>日</w:t>
                  </w:r>
                </w:p>
              </w:tc>
              <w:tc>
                <w:tcPr>
                  <w:tcW w:type="dxa" w:w="3628"/>
                  <w:shd w:val="clear" w:color="auto" w:fill="E2EFDA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sz w:val="23"/>
                    </w:rPr>
                    <w:t>行事</w:t>
                  </w:r>
                </w:p>
              </w:tc>
            </w:tr>
            <w:tr>
              <w:tc>
                <w:tcPr>
                  <w:tcW w:type="dxa" w:w="1361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sz w:val="23"/>
                    </w:rPr>
                    <w:t>11/3(月)</w:t>
                  </w:r>
                </w:p>
              </w:tc>
              <w:tc>
                <w:tcPr>
                  <w:tcW w:type="dxa" w:w="3628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 w:val="0"/>
                      <w:sz w:val="23"/>
                    </w:rPr>
                    <w:t>文化の日(休み)</w:t>
                  </w:r>
                </w:p>
              </w:tc>
            </w:tr>
            <w:tr>
              <w:tc>
                <w:tcPr>
                  <w:tcW w:type="dxa" w:w="1361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sz w:val="23"/>
                    </w:rPr>
                    <w:t>11/7(金)</w:t>
                  </w:r>
                </w:p>
              </w:tc>
              <w:tc>
                <w:tcPr>
                  <w:tcW w:type="dxa" w:w="3628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 w:val="0"/>
                      <w:sz w:val="23"/>
                    </w:rPr>
                    <w:t>避難訓練</w:t>
                  </w:r>
                </w:p>
              </w:tc>
            </w:tr>
            <w:tr>
              <w:tc>
                <w:tcPr>
                  <w:tcW w:type="dxa" w:w="1361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sz w:val="23"/>
                    </w:rPr>
                    <w:t>11/12(水)</w:t>
                  </w:r>
                </w:p>
              </w:tc>
              <w:tc>
                <w:tcPr>
                  <w:tcW w:type="dxa" w:w="3628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 w:val="0"/>
                      <w:sz w:val="23"/>
                    </w:rPr>
                    <w:t>社会科見学(○○工場)</w:t>
                  </w:r>
                </w:p>
              </w:tc>
            </w:tr>
            <w:tr>
              <w:tc>
                <w:tcPr>
                  <w:tcW w:type="dxa" w:w="1361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sz w:val="23"/>
                    </w:rPr>
                    <w:t>11/20(木)</w:t>
                  </w:r>
                </w:p>
              </w:tc>
              <w:tc>
                <w:tcPr>
                  <w:tcW w:type="dxa" w:w="3628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 w:val="0"/>
                      <w:sz w:val="23"/>
                    </w:rPr>
                    <w:t>個人面談(〜21日)</w:t>
                  </w:r>
                </w:p>
              </w:tc>
            </w:tr>
            <w:tr>
              <w:tc>
                <w:tcPr>
                  <w:tcW w:type="dxa" w:w="1361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sz w:val="23"/>
                    </w:rPr>
                    <w:t>11/28(金)</w:t>
                  </w:r>
                </w:p>
              </w:tc>
              <w:tc>
                <w:tcPr>
                  <w:tcW w:type="dxa" w:w="3628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 w:val="0"/>
                      <w:sz w:val="23"/>
                    </w:rPr>
                    <w:t>授業参観・学級懇談会</w:t>
                  </w:r>
                </w:p>
              </w:tc>
            </w:tr>
          </w:tbl>
          <w:p/>
          <w:p>
            <w:pPr>
              <w:spacing w:before="320" w:after="100"/>
              <w:jc w:val="left"/>
              <w:pBdr>
                <w:bottom w:val="dashed" w:sz="6" w:color="2E7D32"/>
              </w:pBdr>
            </w:pPr>
            <w:r>
              <w:rPr>
                <w:b/>
                <w:color w:val="2E7D32"/>
                <w:sz w:val="28"/>
              </w:rPr>
              <w:t>■ おうちの方へ</w:t>
            </w:r>
          </w:p>
          <w:p>
            <w:pPr>
              <w:spacing w:before="0" w:after="60"/>
              <w:jc w:val="left"/>
            </w:pPr>
            <w:r>
              <w:rPr>
                <w:b w:val="0"/>
                <w:sz w:val="24"/>
              </w:rPr>
              <w:t>・社会科見学の日は、お弁当と水筒が必要です。</w:t>
            </w:r>
          </w:p>
          <w:p>
            <w:pPr>
              <w:spacing w:before="0" w:after="60"/>
              <w:jc w:val="left"/>
            </w:pPr>
            <w:r>
              <w:rPr>
                <w:b w:val="0"/>
                <w:sz w:val="24"/>
              </w:rPr>
              <w:t>・寒くなってきました。上着に名前を書いてください。</w:t>
            </w:r>
          </w:p>
          <w:p>
            <w:pPr>
              <w:spacing w:before="0" w:after="60"/>
              <w:jc w:val="left"/>
            </w:pPr>
            <w:r>
              <w:rPr>
                <w:b w:val="0"/>
                <w:sz w:val="24"/>
              </w:rPr>
              <w:t>・個人面談の希望日の用紙を、11月7日までに提出してください。</w:t>
            </w:r>
          </w:p>
          <w:p>
            <w:pPr>
              <w:spacing w:before="320" w:after="100"/>
              <w:jc w:val="left"/>
              <w:pBdr>
                <w:bottom w:val="dashed" w:sz="6" w:color="2E7D32"/>
              </w:pBdr>
            </w:pPr>
            <w:r>
              <w:rPr>
                <w:b/>
                <w:color w:val="2E7D32"/>
                <w:sz w:val="28"/>
              </w:rPr>
              <w:t>■ 先生から</w:t>
            </w:r>
          </w:p>
          <w:p>
            <w:pPr>
              <w:spacing w:before="0" w:after="60"/>
              <w:jc w:val="left"/>
            </w:pPr>
            <w:r>
              <w:rPr>
                <w:b w:val="0"/>
                <w:sz w:val="24"/>
              </w:rPr>
              <w:t>2学期も半分が過ぎました。音読の声がどんどん大きくなっています。おうちでも、ぜひ聞いてあげてください。</w:t>
            </w:r>
          </w:p>
        </w:tc>
      </w:tr>
    </w:tbl>
    <w:p>
      <w:pPr>
        <w:spacing w:line="20" w:lineRule="exact"/>
      </w:pPr>
      <w:r>
        <w:rPr>
          <w:sz w:val="2"/>
        </w:rPr>
      </w:r>
    </w:p>
    <w:sectPr w:rsidR="00FC693F" w:rsidRPr="0006063C" w:rsidSect="00034616">
      <w:pgSz w:w="11906" w:h="16838"/>
      <w:pgMar w:top="567" w:right="680" w:bottom="454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348" w:lineRule="auto"/>
    </w:pPr>
    <w:rPr>
      <w:rFonts w:ascii="游ゴシック" w:hAnsi="游ゴシック" w:eastAsia="游ゴシック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