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b/>
          <w:sz w:val="40"/>
        </w:rPr>
        <w:t>議　事　録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453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会議名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  <w:t>○○会議(第○回)</w:t>
            </w:r>
          </w:p>
        </w:tc>
      </w:tr>
      <w:tr>
        <w:trPr>
          <w:trHeight w:val="453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日時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  <w:t>20XX年○月○日(○)　○○:○○～○○:○○</w:t>
            </w:r>
          </w:p>
        </w:tc>
      </w:tr>
      <w:tr>
        <w:trPr>
          <w:trHeight w:val="453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場所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  <w:t>○○会議室 / オンライン(○○)</w:t>
            </w:r>
          </w:p>
        </w:tc>
      </w:tr>
      <w:tr>
        <w:trPr>
          <w:trHeight w:val="680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出席者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  <w:t>○○、○○、○○、○○(敬称略)</w:t>
            </w:r>
          </w:p>
        </w:tc>
      </w:tr>
      <w:tr>
        <w:trPr>
          <w:trHeight w:val="453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欠席者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  <w:t>○○</w:t>
            </w:r>
          </w:p>
        </w:tc>
      </w:tr>
      <w:tr>
        <w:trPr>
          <w:trHeight w:val="453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記録者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  <w:t>○○</w:t>
            </w:r>
          </w:p>
        </w:tc>
      </w:tr>
      <w:tr>
        <w:trPr>
          <w:trHeight w:val="1247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議題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  <w:t>1. ○○について</w:t>
              <w:br/>
              <w:t>2. ○○について</w:t>
              <w:br/>
              <w:t>3. その他</w:t>
            </w:r>
          </w:p>
        </w:tc>
      </w:tr>
      <w:tr>
        <w:trPr>
          <w:trHeight w:val="1701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決定事項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  <w:t>・○○は○○とする。</w:t>
              <w:br/>
              <w:t>・○○の予算は○○円とする。</w:t>
            </w:r>
          </w:p>
        </w:tc>
      </w:tr>
      <w:tr>
        <w:trPr>
          <w:trHeight w:val="4422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内容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  <w:t>1. ○○について</w:t>
              <w:br/>
              <w:t xml:space="preserve">　・○○さん:○○</w:t>
              <w:br/>
              <w:t xml:space="preserve">　・○○について意見交換し、○○とした。</w:t>
              <w:br/>
              <w:br/>
              <w:t>2. ○○について</w:t>
              <w:br/>
              <w:t xml:space="preserve">　・</w:t>
              <w:br/>
              <w:br/>
              <w:t>3. その他</w:t>
              <w:br/>
              <w:t xml:space="preserve">　・</w:t>
            </w:r>
          </w:p>
        </w:tc>
      </w:tr>
      <w:tr>
        <w:trPr>
          <w:trHeight w:val="453" w:hRule="atLeast"/>
        </w:trPr>
        <w:tc>
          <w:tcPr>
            <w:tcW w:type="dxa" w:w="1814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1"/>
              </w:rPr>
              <w:t>次回予定</w:t>
            </w:r>
          </w:p>
        </w:tc>
        <w:tc>
          <w:tcPr>
            <w:tcW w:type="dxa" w:w="8050"/>
          </w:tcPr>
          <w:p>
            <w:r/>
            <w:r>
              <w:rPr>
                <w:b w:val="0"/>
                <w:sz w:val="21"/>
              </w:rPr>
              <w:t>20XX年○月○日(○)　○○:○○～　○○会議室</w:t>
            </w:r>
          </w:p>
        </w:tc>
      </w:tr>
    </w:tbl>
    <w:p>
      <w:pPr>
        <w:spacing w:before="160"/>
      </w:pPr>
      <w:r>
        <w:rPr>
          <w:b/>
        </w:rPr>
        <w:t>■ 宿題・ToDo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680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No.</w:t>
            </w:r>
          </w:p>
        </w:tc>
        <w:tc>
          <w:tcPr>
            <w:tcW w:type="dxa" w:w="5783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内容</w:t>
            </w:r>
          </w:p>
        </w:tc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担当</w:t>
            </w:r>
          </w:p>
        </w:tc>
        <w:tc>
          <w:tcPr>
            <w:tcW w:type="dxa" w:w="1701"/>
            <w:shd w:val="clear" w:color="auto" w:fill="E3F1F3"/>
          </w:tcPr>
          <w:p>
            <w:pPr>
              <w:jc w:val="center"/>
            </w:pPr>
            <w:r/>
            <w:r>
              <w:rPr>
                <w:b/>
                <w:sz w:val="20"/>
              </w:rPr>
              <w:t>期限</w:t>
            </w:r>
          </w:p>
        </w:tc>
      </w:tr>
      <w:tr>
        <w:trPr>
          <w:trHeight w:val="453" w:hRule="atLeast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1</w:t>
            </w:r>
          </w:p>
        </w:tc>
        <w:tc>
          <w:tcPr>
            <w:tcW w:type="dxa" w:w="5783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rPr>
          <w:trHeight w:val="453" w:hRule="atLeast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2</w:t>
            </w:r>
          </w:p>
        </w:tc>
        <w:tc>
          <w:tcPr>
            <w:tcW w:type="dxa" w:w="5783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rPr>
          <w:trHeight w:val="453" w:hRule="atLeast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3</w:t>
            </w:r>
          </w:p>
        </w:tc>
        <w:tc>
          <w:tcPr>
            <w:tcW w:type="dxa" w:w="5783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rPr>
          <w:trHeight w:val="453" w:hRule="atLeast"/>
        </w:trPr>
        <w:tc>
          <w:tcPr>
            <w:tcW w:type="dxa" w:w="680"/>
          </w:tcPr>
          <w:p>
            <w:pPr>
              <w:jc w:val="center"/>
            </w:pPr>
            <w:r/>
            <w:r>
              <w:rPr>
                <w:b w:val="0"/>
                <w:sz w:val="21"/>
              </w:rPr>
              <w:t>4</w:t>
            </w:r>
          </w:p>
        </w:tc>
        <w:tc>
          <w:tcPr>
            <w:tcW w:type="dxa" w:w="5783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