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120" w:line="288" w:lineRule="auto"/>
        <w:jc w:val="center"/>
      </w:pPr>
      <w:r>
        <w:rPr>
          <w:b/>
          <w:sz w:val="44"/>
        </w:rPr>
        <w:t>契約解除合意書</w:t>
      </w:r>
    </w:p>
    <w:p>
      <w:pPr>
        <w:spacing w:after="120" w:before="0" w:line="288" w:lineRule="auto"/>
        <w:jc w:val="left"/>
      </w:pPr>
      <w:r>
        <w:rPr>
          <w:b w:val="0"/>
          <w:sz w:val="21"/>
        </w:rPr>
        <w:t xml:space="preserve">　株式会社○○○○(以下「甲」という)と株式会社△△△△(以下「乙」という)は、甲乙間の20XX年○月○日付け業務委託契約(以下「原契約」という)の解除について、次のとおり合意した。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第1条(合意による解除)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甲および乙は、原契約を、20XX年○月○日(以下「解除日」という)をもって、合意により解除する。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第2条(解除日までの業務と代金)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乙は、解除日までの業務を原契約にしたがって行い、甲は、解除日までの業務の委託料として金○○○,○○○円(消費税等を含む)を、20XX年○月○日までに乙の指定する銀行口座に振り込んで支払う。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第3条(返還)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甲および乙は、解除日から○日以内に、原契約にもとづいて相手方から受け取った資料・データ・貸与品を、相手方に返還し、または相手方の指示にしたがって廃棄する。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第4条(存続する条項)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原契約の秘密保持・損害賠償・管轄の条項は、原契約の解除後もなお効力を有する。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第5条(清算)</w:t>
      </w:r>
    </w:p>
    <w:p>
      <w:pPr>
        <w:keepNext/>
        <w:spacing w:after="40" w:before="0" w:line="259" w:lineRule="auto"/>
        <w:jc w:val="left"/>
      </w:pPr>
      <w:r>
        <w:rPr>
          <w:b w:val="0"/>
          <w:sz w:val="19"/>
        </w:rPr>
        <w:t>甲および乙は、原契約に関して、本合意書に定めるもののほか、互いに何らの債権債務がないことを確認する。</w:t>
      </w:r>
    </w:p>
    <w:p>
      <w:pPr>
        <w:keepNext/>
        <w:spacing w:after="80" w:before="120" w:line="288" w:lineRule="auto"/>
        <w:jc w:val="left"/>
      </w:pPr>
      <w:r>
        <w:rPr>
          <w:b w:val="0"/>
          <w:sz w:val="21"/>
        </w:rPr>
        <w:t xml:space="preserve">　以上の合意を証するため、本書を2通作成し、甲乙記名押印のうえ、各1通を保有する。</w:t>
      </w:r>
    </w:p>
    <w:p>
      <w:pPr>
        <w:keepNext/>
        <w:spacing w:after="80" w:before="80" w:line="288" w:lineRule="auto"/>
        <w:jc w:val="left"/>
      </w:pPr>
      <w:r>
        <w:rPr>
          <w:b w:val="0"/>
          <w:sz w:val="21"/>
        </w:rPr>
        <w:t>20XX年○月○日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甲(委託者)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乙(受託者)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</w:tr>
    </w:tbl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