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120" w:line="288" w:lineRule="auto"/>
        <w:jc w:val="center"/>
      </w:pPr>
      <w:r>
        <w:rPr>
          <w:b/>
          <w:sz w:val="44"/>
        </w:rPr>
        <w:t>退 職 合 意 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株式会社○○○○(以下「甲」という)と○○ ○○(以下「乙」という)は、乙の退職について、次のとおり合意した。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第1条(退職)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甲および乙は、甲乙間の雇用契約を、20XX年○月○日(以下「退職日」という)をもって、合意により終了することを確認する。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第2条(退職の理由)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乙の退職の理由は、会社都合(甲からの退職の勧めに乙が応じたもの)とする。甲は、離職票にその旨を記載する。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(自己都合のときは「自己都合」と書く)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第3条(退職金・解決金)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甲は乙に対し、退職金規程にもとづく退職金のほか、解決金として金○○○,○○○円を、20XX年○月○日までに乙の指定する銀行口座に振り込んで支払う。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第4条(有給休暇と出勤)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乙は、退職日までに残っている年次有給休暇○日を取得する。20XX年○月○日以降、乙は出勤を要しない。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第5条(返却)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乙は、退職日までに、社員証・健康保険証・貸与されたパソコンなど甲の物品と、業務上の書類・データを甲に返却する。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第6条(秘密保持)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乙は、退職後も、在職中に知った甲の営業上・技術上の秘密を、第三者に開示せず、使用しない。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第7条(口外しないこと)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甲および乙は、本合意書の内容を、正当な理由なく第三者に開示しない。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第8条(清算)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甲および乙は、本合意書に定めるもののほか、甲乙間に何らの債権債務がないことを互いに確認する。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以上の合意を証するため、本書を2通作成し、甲乙記名押印のうえ、各1通を保有する。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甲(会社)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乙(従業員)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