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 w:line="288" w:lineRule="auto"/>
        <w:jc w:val="center"/>
      </w:pPr>
      <w:r>
        <w:rPr>
          <w:b/>
          <w:sz w:val="40"/>
        </w:rPr>
        <w:t>業務委託契約書(簡易版)</w:t>
      </w:r>
    </w:p>
    <w:p>
      <w:pPr>
        <w:spacing w:after="200" w:before="0" w:line="288" w:lineRule="auto"/>
        <w:jc w:val="left"/>
      </w:pPr>
      <w:r>
        <w:rPr>
          <w:b w:val="0"/>
          <w:sz w:val="22"/>
        </w:rPr>
        <w:t xml:space="preserve">　○○○○(以下「甲」という)と○○○○(以下「乙」という)は、次のとおり業務委託契約を締結する。</w:t>
      </w:r>
    </w:p>
    <w:p>
      <w:pPr>
        <w:spacing w:after="180" w:before="0" w:line="288" w:lineRule="auto"/>
        <w:ind w:left="340" w:hanging="340"/>
        <w:jc w:val="left"/>
      </w:pPr>
      <w:r>
        <w:rPr>
          <w:b w:val="0"/>
          <w:sz w:val="22"/>
        </w:rPr>
        <w:t>第1条(業務内容)　(例)甲の店舗のチラシのデザイン(A4片面 1種類)</w:t>
      </w:r>
    </w:p>
    <w:p>
      <w:pPr>
        <w:spacing w:after="180" w:before="0" w:line="288" w:lineRule="auto"/>
        <w:ind w:left="340" w:hanging="340"/>
        <w:jc w:val="left"/>
      </w:pPr>
      <w:r>
        <w:rPr>
          <w:b w:val="0"/>
          <w:sz w:val="22"/>
        </w:rPr>
        <w:t>第2条(納期)　20XX年○月○日(データで納品)</w:t>
      </w:r>
    </w:p>
    <w:p>
      <w:pPr>
        <w:spacing w:after="180" w:before="0" w:line="288" w:lineRule="auto"/>
        <w:ind w:left="340" w:hanging="340"/>
        <w:jc w:val="left"/>
      </w:pPr>
      <w:r>
        <w:rPr>
          <w:b w:val="0"/>
          <w:sz w:val="22"/>
        </w:rPr>
        <w:t>第3条(委託料)　金○○,○○○円(消費税別)</w:t>
      </w:r>
    </w:p>
    <w:p>
      <w:pPr>
        <w:spacing w:after="180" w:before="0" w:line="288" w:lineRule="auto"/>
        <w:ind w:left="340" w:hanging="340"/>
        <w:jc w:val="left"/>
      </w:pPr>
      <w:r>
        <w:rPr>
          <w:b w:val="0"/>
          <w:sz w:val="22"/>
        </w:rPr>
        <w:t>第4条(支払)　甲は、納品後に乙から請求を受けた月の翌月末日までに、乙の指定する銀行口座に振り込んで支払う。</w:t>
      </w:r>
    </w:p>
    <w:p>
      <w:pPr>
        <w:spacing w:after="180" w:before="0" w:line="288" w:lineRule="auto"/>
        <w:ind w:left="340" w:hanging="340"/>
        <w:jc w:val="left"/>
      </w:pPr>
      <w:r>
        <w:rPr>
          <w:b w:val="0"/>
          <w:sz w:val="22"/>
        </w:rPr>
        <w:t>第5条(修正)　納品後○日以内の軽い修正は、○回まで委託料に含む。</w:t>
      </w:r>
    </w:p>
    <w:p>
      <w:pPr>
        <w:spacing w:after="180" w:before="0" w:line="288" w:lineRule="auto"/>
        <w:ind w:left="340" w:hanging="340"/>
        <w:jc w:val="left"/>
      </w:pPr>
      <w:r>
        <w:rPr>
          <w:b w:val="0"/>
          <w:sz w:val="22"/>
        </w:rPr>
        <w:t>第6条(権利)　成果物の著作権は、委託料の支払いが完了したときに甲に移転する。乙は、自分の実績として成果物を紹介できる。</w:t>
      </w:r>
    </w:p>
    <w:p>
      <w:pPr>
        <w:spacing w:after="180" w:before="0" w:line="288" w:lineRule="auto"/>
        <w:ind w:left="340" w:hanging="340"/>
        <w:jc w:val="left"/>
      </w:pPr>
      <w:r>
        <w:rPr>
          <w:b w:val="0"/>
          <w:sz w:val="22"/>
        </w:rPr>
        <w:t>第7条(秘密保持)　甲および乙は、本契約に関して知った相手方の秘密を、第三者に漏らさない。</w:t>
      </w:r>
    </w:p>
    <w:p>
      <w:pPr>
        <w:spacing w:after="180" w:before="0" w:line="288" w:lineRule="auto"/>
        <w:ind w:left="340" w:hanging="340"/>
        <w:jc w:val="left"/>
      </w:pPr>
      <w:r>
        <w:rPr>
          <w:b w:val="0"/>
          <w:sz w:val="22"/>
        </w:rPr>
        <w:t>第8条(協議)　本契約に定めのないことは、甲乙が誠意をもって協議して決める。</w:t>
      </w:r>
    </w:p>
    <w:p>
      <w:pPr>
        <w:spacing w:after="120" w:before="120" w:line="288" w:lineRule="auto"/>
        <w:jc w:val="left"/>
      </w:pPr>
      <w:r>
        <w:rPr>
          <w:b w:val="0"/>
          <w:sz w:val="22"/>
        </w:rPr>
        <w:t xml:space="preserve">　本契約の成立を証するため、本書を2通作成し、甲乙記名押印のうえ、各1通を保有する。</w:t>
      </w:r>
    </w:p>
    <w:p>
      <w:pPr>
        <w:spacing w:after="120" w:before="0" w:line="288" w:lineRule="auto"/>
        <w:jc w:val="left"/>
      </w:pPr>
      <w:r>
        <w:rPr>
          <w:b w:val="0"/>
          <w:sz w:val="22"/>
        </w:rPr>
        <w:t>20XX年○月○日</w:t>
      </w:r>
    </w:p>
    <w:p>
      <w:pPr>
        <w:spacing w:after="40" w:before="80" w:line="288" w:lineRule="auto"/>
        <w:jc w:val="left"/>
      </w:pPr>
      <w:r>
        <w:rPr>
          <w:b/>
          <w:sz w:val="22"/>
        </w:rPr>
        <w:t>甲(委託者)</w:t>
      </w:r>
    </w:p>
    <w:p>
      <w:pPr>
        <w:spacing w:after="80" w:before="0" w:line="288" w:lineRule="auto"/>
        <w:jc w:val="left"/>
      </w:pPr>
      <w:r>
        <w:rPr>
          <w:b w:val="0"/>
          <w:sz w:val="22"/>
        </w:rPr>
        <w:t xml:space="preserve">住所　　　　　　　　　　　　　　　　　　　　　　　　　　　　</w:t>
      </w:r>
    </w:p>
    <w:p>
      <w:pPr>
        <w:spacing w:after="80" w:before="0" w:line="288" w:lineRule="auto"/>
        <w:jc w:val="left"/>
      </w:pPr>
      <w:r>
        <w:rPr>
          <w:b w:val="0"/>
          <w:sz w:val="22"/>
        </w:rPr>
        <w:t>氏名(会社名・代表者)　　　　　　　　　　　　　　　　　　印</w:t>
      </w:r>
    </w:p>
    <w:p>
      <w:pPr>
        <w:spacing w:after="40" w:before="80" w:line="288" w:lineRule="auto"/>
        <w:jc w:val="left"/>
      </w:pPr>
      <w:r>
        <w:rPr>
          <w:b/>
          <w:sz w:val="22"/>
        </w:rPr>
        <w:t>乙(受託者)</w:t>
      </w:r>
    </w:p>
    <w:p>
      <w:pPr>
        <w:spacing w:after="80" w:before="0" w:line="288" w:lineRule="auto"/>
        <w:jc w:val="left"/>
      </w:pPr>
      <w:r>
        <w:rPr>
          <w:b w:val="0"/>
          <w:sz w:val="22"/>
        </w:rPr>
        <w:t xml:space="preserve">住所　　　　　　　　　　　　　　　　　　　　　　　　　　　　</w:t>
      </w:r>
    </w:p>
    <w:p>
      <w:pPr>
        <w:spacing w:after="80" w:before="0" w:line="288" w:lineRule="auto"/>
        <w:jc w:val="left"/>
      </w:pPr>
      <w:r>
        <w:rPr>
          <w:b w:val="0"/>
          <w:sz w:val="22"/>
        </w:rPr>
        <w:t>氏名(会社名・代表者)　　　　　　　　　　　　　　　　　　印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