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80" w:line="288" w:lineRule="auto"/>
        <w:jc w:val="center"/>
      </w:pPr>
      <w:r>
        <w:rPr>
          <w:b/>
          <w:sz w:val="40"/>
        </w:rPr>
        <w:t>業務提携契約書(紹介)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 xml:space="preserve">　株式会社○○○○(以下「甲」という)と○○○○事務所(以下「乙」という)は、乙が甲のサービスを利用したい顧客を甲に紹介する業務提携について、次のとおり契約(以下「本契約」という)を締結する。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紹介するサービス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甲の提供する「○○○○サービス」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紹介料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紹介した顧客と甲との契約が成立したとき、その初年度の契約金額(税抜)の○%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支払方法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契約が成立した月の翌月末日までに、乙の指定する銀行口座に振り込む(振込手数料は甲の負担)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有効期間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20XX年○月○日から1年間(自動更新)</w:t>
            </w:r>
          </w:p>
        </w:tc>
      </w:tr>
    </w:tbl>
    <w:p>
      <w:pPr>
        <w:spacing w:after="80" w:before="0" w:line="288" w:lineRule="auto"/>
        <w:jc w:val="left"/>
      </w:pP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第1条(紹介の方法)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乙は、顧客の同意を得たうえで、顧客の名前と連絡先を甲に知らせる。甲は、紹介を受けた顧客との交渉・契約を自らの責任で行う。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第2条(紹介料の対象)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紹介料は、乙の紹介から○か月以内に、甲と顧客との契約が成立した場合に支払う。乙の紹介の前から甲と取引があった顧客は対象としない。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第3条(乙の義務)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乙は、甲のサービスについて、事実と異なる説明や誇大な説明をしてはならない。また、甲の代理人として契約を結ぶことはできない。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第4条(個人情報)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甲および乙は、紹介に伴って受け取った顧客の個人情報を、法令に従って適切に取り扱う。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第5条(秘密保持)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甲および乙は、本契約を通じて知った相手方の秘密情報を、相手方の承諾なく第三者に開示しない。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第6条(解約)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甲または乙は、1か月前までに書面で通知することにより、本契約を解約することができる。解約前に紹介した顧客の紹介料は、本契約の定めに従って支払う。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第7条(反社会的勢力の排除)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甲および乙は、自らが暴力団、暴力団員、その他の反社会的勢力に該当しないこと、およびこれらと関係を持たないことを表明し、将来にわたって保証する。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甲または乙は、相手方がこれに違反したときは、何らの催告をせずに、ただちに本契約を解除することができる。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第8条(協議)</w:t>
      </w:r>
    </w:p>
    <w:p>
      <w:pPr>
        <w:keepNext/>
        <w:spacing w:after="40" w:before="0" w:line="259" w:lineRule="auto"/>
        <w:jc w:val="left"/>
      </w:pPr>
      <w:r>
        <w:rPr>
          <w:b w:val="0"/>
          <w:sz w:val="19"/>
        </w:rPr>
        <w:t>本契約に定めのない事項は、甲乙が誠意をもって協議して解決する。</w:t>
      </w:r>
    </w:p>
    <w:p>
      <w:pPr>
        <w:keepNext/>
        <w:spacing w:after="80" w:before="120" w:line="288" w:lineRule="auto"/>
        <w:jc w:val="left"/>
      </w:pPr>
      <w:r>
        <w:rPr>
          <w:b w:val="0"/>
          <w:sz w:val="21"/>
        </w:rPr>
        <w:t xml:space="preserve">　本契約の成立を証するため、本書を2通作成し、甲乙記名押印のうえ、各1通を保有する。</w:t>
      </w:r>
    </w:p>
    <w:p>
      <w:pPr>
        <w:keepNext/>
        <w:spacing w:after="80" w:before="80" w:line="288" w:lineRule="auto"/>
        <w:jc w:val="left"/>
      </w:pPr>
      <w:r>
        <w:rPr>
          <w:b w:val="0"/>
          <w:sz w:val="21"/>
        </w:rPr>
        <w:t>20XX年○月○日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甲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乙(紹介者)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</w:tr>
    </w:tbl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