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center"/>
      </w:pPr>
      <w:r>
        <w:rPr>
          <w:b/>
          <w:sz w:val="40"/>
        </w:rPr>
        <w:t>顧 客 引 継 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引継日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20XX年○月○日　〜　20XX年○月○日(引継期間)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引継者(前任)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所属　○○部 ○○課　　　氏名　○○ ○○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後任者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所属　○○部 ○○課　　　氏名　○○ ○○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引継の理由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□ 異動　　□ 退職　　□ 休職(産休・育休など)　　□ その他(　　　　　)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担当顧客一覧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顧客名・担当者</w:t>
            </w:r>
          </w:p>
        </w:tc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取引内容・金額</w:t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訪問頻度</w:t>
            </w:r>
          </w:p>
        </w:tc>
        <w:tc>
          <w:tcPr>
            <w:tcW w:type="dxa" w:w="3742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注意事項・最近の状況</w:t>
            </w:r>
          </w:p>
        </w:tc>
      </w:tr>
      <w:tr>
        <w:trPr>
          <w:trHeight w:val="850" w:hRule="atLeast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○○株式会社</w:t>
              <w:br/>
              <w:t>総務部 山田様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コピー機リース</w:t>
              <w:br/>
              <w:t>月5万円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月1回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8"/>
              </w:rPr>
              <w:t>来年3月に契約更新。値下げの相談あり</w:t>
            </w:r>
          </w:p>
        </w:tc>
      </w:tr>
      <w:tr>
        <w:trPr>
          <w:trHeight w:val="850" w:hRule="atLeast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△△商事</w:t>
              <w:br/>
              <w:t>購買課 佐藤様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消耗品</w:t>
              <w:br/>
              <w:t>年120万円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2か月に1回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8"/>
              </w:rPr>
              <w:t>発注はFAX。締め日は20日</w:t>
            </w:r>
          </w:p>
        </w:tc>
      </w:tr>
      <w:tr>
        <w:trPr>
          <w:trHeight w:val="850" w:hRule="atLeast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□□工業</w:t>
              <w:br/>
              <w:t>田中様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保守契約</w:t>
              <w:br/>
              <w:t>年36万円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半年に1回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8"/>
              </w:rPr>
              <w:t>社長と古いつきあい。あいさつに同行してほしい</w:t>
            </w:r>
          </w:p>
        </w:tc>
      </w:tr>
      <w:tr>
        <w:trPr>
          <w:trHeight w:val="850" w:hRule="atLeast"/>
        </w:trPr>
        <w:tc>
          <w:tcPr>
            <w:tcW w:type="dxa" w:w="2381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</w:tr>
      <w:tr>
        <w:trPr>
          <w:trHeight w:val="850" w:hRule="atLeast"/>
        </w:trPr>
        <w:tc>
          <w:tcPr>
            <w:tcW w:type="dxa" w:w="2381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</w:tr>
      <w:tr>
        <w:trPr>
          <w:trHeight w:val="850" w:hRule="atLeast"/>
        </w:trPr>
        <w:tc>
          <w:tcPr>
            <w:tcW w:type="dxa" w:w="2381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</w:tr>
      <w:tr>
        <w:trPr>
          <w:trHeight w:val="850" w:hRule="atLeast"/>
        </w:trPr>
        <w:tc>
          <w:tcPr>
            <w:tcW w:type="dxa" w:w="2381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</w:tr>
    </w:tbl>
    <w:p>
      <w:pPr>
        <w:spacing w:after="60" w:before="160"/>
        <w:jc w:val="left"/>
      </w:pPr>
      <w:r>
        <w:rPr>
          <w:b/>
          <w:sz w:val="22"/>
        </w:rPr>
        <w:t>あいさつ回りの予定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日付</w:t>
            </w:r>
          </w:p>
        </w:tc>
        <w:tc>
          <w:tcPr>
            <w:tcW w:type="dxa" w:w="283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訪問先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同行者</w:t>
            </w:r>
          </w:p>
        </w:tc>
        <w:tc>
          <w:tcPr>
            <w:tcW w:type="dxa" w:w="385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メモ</w:t>
            </w:r>
          </w:p>
        </w:tc>
      </w:tr>
      <w:tr>
        <w:trPr>
          <w:trHeight w:val="567" w:hRule="atLeast"/>
        </w:trPr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○月○日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○○株式会社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前任・後任</w:t>
            </w:r>
          </w:p>
        </w:tc>
        <w:tc>
          <w:tcPr>
            <w:tcW w:type="dxa" w:w="3855"/>
          </w:tcPr>
          <w:p>
            <w:r/>
            <w:r>
              <w:rPr>
                <w:b w:val="0"/>
                <w:sz w:val="18"/>
              </w:rPr>
              <w:t>後任者の紹介</w:t>
            </w:r>
          </w:p>
        </w:tc>
      </w:tr>
      <w:tr>
        <w:trPr>
          <w:trHeight w:val="567" w:hRule="atLeast"/>
        </w:trPr>
        <w:tc>
          <w:tcPr>
            <w:tcW w:type="dxa" w:w="1474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855"/>
          </w:tcPr>
          <w:p/>
        </w:tc>
      </w:tr>
      <w:tr>
        <w:trPr>
          <w:trHeight w:val="567" w:hRule="atLeast"/>
        </w:trPr>
        <w:tc>
          <w:tcPr>
            <w:tcW w:type="dxa" w:w="1474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855"/>
          </w:tcPr>
          <w:p/>
        </w:tc>
      </w:tr>
    </w:tbl>
    <w:p>
      <w:pPr>
        <w:spacing w:after="80" w:before="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引継者(前任)</w:t>
            </w:r>
          </w:p>
        </w:tc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後任者</w:t>
            </w:r>
          </w:p>
        </w:tc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上長確認</w:t>
            </w:r>
          </w:p>
        </w:tc>
      </w:tr>
      <w:tr>
        <w:trPr>
          <w:trHeight w:val="907" w:hRule="atLeast"/>
        </w:trPr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