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sz w:val="40"/>
        </w:rPr>
        <w:t>業務報告書</w:t>
      </w:r>
    </w:p>
    <w:p>
      <w:r>
        <w:rPr>
          <w:sz w:val="22"/>
        </w:rPr>
        <w:t>○○部長　○○ ○○ 様</w:t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提出日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20XX年○月○日</w:t>
            </w:r>
          </w:p>
        </w:tc>
      </w:tr>
      <w:tr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所属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○○部 ○○課</w:t>
            </w:r>
          </w:p>
        </w:tc>
      </w:tr>
      <w:tr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氏名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○○ ○○　　　　印</w:t>
            </w:r>
          </w:p>
        </w:tc>
      </w:tr>
    </w:tbl>
    <w:p>
      <w:pPr>
        <w:spacing w:after="1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44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件名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  <w:t>○○業務についての報告</w:t>
            </w:r>
          </w:p>
        </w:tc>
      </w:tr>
      <w:tr>
        <w:trPr>
          <w:trHeight w:val="544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対象期間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  <w:t>20XX年○月○日 ～ 20XX年○月○日</w:t>
            </w:r>
          </w:p>
        </w:tc>
      </w:tr>
      <w:tr>
        <w:trPr>
          <w:trHeight w:val="2721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業務内容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  <w:t>・</w:t>
              <w:br/>
              <w:t>・</w:t>
              <w:br/>
              <w:t>・</w:t>
            </w:r>
          </w:p>
        </w:tc>
      </w:tr>
      <w:tr>
        <w:trPr>
          <w:trHeight w:val="2313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結果・成果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  <w:t>・</w:t>
              <w:br/>
              <w:t>・</w:t>
            </w:r>
          </w:p>
        </w:tc>
      </w:tr>
      <w:tr>
        <w:trPr>
          <w:trHeight w:val="2041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課題・問題点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  <w:t>・</w:t>
              <w:br/>
              <w:t>・</w:t>
            </w:r>
          </w:p>
        </w:tc>
      </w:tr>
      <w:tr>
        <w:trPr>
          <w:trHeight w:val="2041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今後の予定・対策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  <w:t>・</w:t>
              <w:br/>
              <w:t>・</w:t>
            </w:r>
          </w:p>
        </w:tc>
      </w:tr>
      <w:tr>
        <w:trPr>
          <w:trHeight w:val="952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備考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