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b/>
          <w:sz w:val="40"/>
        </w:rPr>
        <w:t>研修報告書</w:t>
      </w:r>
    </w:p>
    <w:p>
      <w:r>
        <w:rPr>
          <w:sz w:val="22"/>
        </w:rPr>
        <w:t>人事部長　○○ ○○ 様</w:t>
      </w:r>
    </w:p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113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提出日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21"/>
              </w:rPr>
              <w:t>20XX年○月○日</w:t>
            </w:r>
          </w:p>
        </w:tc>
      </w:tr>
      <w:tr>
        <w:tc>
          <w:tcPr>
            <w:tcW w:type="dxa" w:w="113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所属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21"/>
              </w:rPr>
              <w:t>○○部 ○○課</w:t>
            </w:r>
          </w:p>
        </w:tc>
      </w:tr>
      <w:tr>
        <w:tc>
          <w:tcPr>
            <w:tcW w:type="dxa" w:w="113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氏名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21"/>
              </w:rPr>
              <w:t>○○ ○○　　　　印</w:t>
            </w:r>
          </w:p>
        </w:tc>
      </w:tr>
    </w:tbl>
    <w:p>
      <w:pPr>
        <w:spacing w:after="12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544" w:hRule="atLeast"/>
        </w:trPr>
        <w:tc>
          <w:tcPr>
            <w:tcW w:type="dxa" w:w="249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研修名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1"/>
              </w:rPr>
              <w:t>○○研修</w:t>
            </w:r>
          </w:p>
        </w:tc>
      </w:tr>
      <w:tr>
        <w:trPr>
          <w:trHeight w:val="544" w:hRule="atLeast"/>
        </w:trPr>
        <w:tc>
          <w:tcPr>
            <w:tcW w:type="dxa" w:w="249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日時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1"/>
              </w:rPr>
              <w:t>20XX年○月○日(○)　○○:○○～○○:○○</w:t>
            </w:r>
          </w:p>
        </w:tc>
      </w:tr>
      <w:tr>
        <w:trPr>
          <w:trHeight w:val="544" w:hRule="atLeast"/>
        </w:trPr>
        <w:tc>
          <w:tcPr>
            <w:tcW w:type="dxa" w:w="249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場所・講師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1"/>
              </w:rPr>
              <w:t>○○研修センター / 講師 ○○ ○○ 氏</w:t>
            </w:r>
          </w:p>
        </w:tc>
      </w:tr>
      <w:tr>
        <w:trPr>
          <w:trHeight w:val="1088" w:hRule="atLeast"/>
        </w:trPr>
        <w:tc>
          <w:tcPr>
            <w:tcW w:type="dxa" w:w="249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研修の目的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2857" w:hRule="atLeast"/>
        </w:trPr>
        <w:tc>
          <w:tcPr>
            <w:tcW w:type="dxa" w:w="249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研修の内容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1"/>
              </w:rPr>
              <w:t>1.</w:t>
              <w:br/>
              <w:t>2.</w:t>
              <w:br/>
              <w:t>3.</w:t>
            </w:r>
          </w:p>
        </w:tc>
      </w:tr>
      <w:tr>
        <w:trPr>
          <w:trHeight w:val="2721" w:hRule="atLeast"/>
        </w:trPr>
        <w:tc>
          <w:tcPr>
            <w:tcW w:type="dxa" w:w="249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学んだこと・感想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2313" w:hRule="atLeast"/>
        </w:trPr>
        <w:tc>
          <w:tcPr>
            <w:tcW w:type="dxa" w:w="249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今後の業務への活かし方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1"/>
              </w:rPr>
            </w:r>
          </w:p>
        </w:tc>
      </w:tr>
    </w:tbl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