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40"/>
        </w:rPr>
        <w:t>作業報告書</w:t>
      </w:r>
    </w:p>
    <w:p>
      <w:r>
        <w:rPr>
          <w:sz w:val="22"/>
        </w:rPr>
        <w:t>○○株式会社　○○ ○○ 様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提出日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20XX年○月○日</w:t>
            </w:r>
          </w:p>
        </w:tc>
      </w:tr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所属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○○部 ○○課</w:t>
            </w:r>
          </w:p>
        </w:tc>
      </w:tr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氏名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○○ ○○　　　　印</w:t>
            </w:r>
          </w:p>
        </w:tc>
      </w:tr>
    </w:tbl>
    <w:p>
      <w:pPr>
        <w:spacing w:after="1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作業件名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○○の点検・修理</w:t>
            </w:r>
          </w:p>
        </w:tc>
      </w:tr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作業日時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20XX年○月○日(○)　○○:○○～○○:○○</w:t>
            </w:r>
          </w:p>
        </w:tc>
      </w:tr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作業場所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作業者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3129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作業内容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・</w:t>
              <w:br/>
              <w:t>・</w:t>
              <w:br/>
              <w:t>・</w:t>
            </w:r>
          </w:p>
        </w:tc>
      </w:tr>
      <w:tr>
        <w:trPr>
          <w:trHeight w:val="122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使用した部品・材料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16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作業結果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□ 完了　□ 一部未完了(理由:　　　　　　　　)</w:t>
            </w:r>
          </w:p>
        </w:tc>
      </w:tr>
      <w:tr>
        <w:trPr>
          <w:trHeight w:val="1769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特記事項・次回への申し送り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16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確認者(お客様)サイン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