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80" w:line="240" w:lineRule="auto"/>
        <w:jc w:val="center"/>
      </w:pPr>
      <w:r>
        <w:rPr>
          <w:b/>
          <w:sz w:val="108"/>
          <w:spacing w:val="200"/>
        </w:rPr>
        <w:t>表彰状</w:t>
      </w:r>
    </w:p>
    <w:p>
      <w:pPr>
        <w:spacing w:before="120" w:after="360" w:line="240" w:lineRule="auto"/>
        <w:jc w:val="left"/>
      </w:pPr>
      <w:r>
        <w:rPr>
          <w:b/>
          <w:sz w:val="64"/>
        </w:rPr>
        <w:t>○○　○○　殿</w:t>
      </w:r>
    </w:p>
    <w:p>
      <w:pPr>
        <w:spacing w:before="0" w:after="120" w:line="240" w:lineRule="auto"/>
        <w:ind w:left="340"/>
        <w:jc w:val="distribute"/>
      </w:pPr>
      <w:r>
        <w:rPr>
          <w:b w:val="0"/>
          <w:sz w:val="48"/>
        </w:rPr>
        <w:t>あなたは永年にわたり○○の</w:t>
      </w:r>
    </w:p>
    <w:p>
      <w:pPr>
        <w:spacing w:before="0" w:after="120" w:line="240" w:lineRule="auto"/>
        <w:ind w:left="340"/>
        <w:jc w:val="distribute"/>
      </w:pPr>
      <w:r>
        <w:rPr>
          <w:b w:val="0"/>
          <w:sz w:val="48"/>
        </w:rPr>
        <w:t>発展に尽力され　その功績は</w:t>
      </w:r>
    </w:p>
    <w:p>
      <w:pPr>
        <w:spacing w:before="0" w:after="120" w:line="240" w:lineRule="auto"/>
        <w:ind w:left="340"/>
        <w:jc w:val="distribute"/>
      </w:pPr>
      <w:r>
        <w:rPr>
          <w:b w:val="0"/>
          <w:sz w:val="48"/>
        </w:rPr>
        <w:t>誠に顕著なものがあります</w:t>
      </w:r>
    </w:p>
    <w:p>
      <w:pPr>
        <w:spacing w:before="0" w:after="120" w:line="240" w:lineRule="auto"/>
        <w:ind w:left="340"/>
        <w:jc w:val="distribute"/>
      </w:pPr>
      <w:r>
        <w:rPr>
          <w:b w:val="0"/>
          <w:sz w:val="48"/>
        </w:rPr>
        <w:t>よってここに記念品を贈り</w:t>
      </w:r>
    </w:p>
    <w:p>
      <w:pPr>
        <w:spacing w:before="0" w:after="120" w:line="240" w:lineRule="auto"/>
        <w:ind w:left="340"/>
        <w:jc w:val="left"/>
      </w:pPr>
      <w:r>
        <w:rPr>
          <w:b w:val="0"/>
          <w:sz w:val="48"/>
        </w:rPr>
        <w:t>これを表彰します</w:t>
      </w:r>
    </w:p>
    <w:p>
      <w:pPr>
        <w:spacing w:before="0" w:after="0" w:line="240" w:lineRule="auto"/>
      </w:pPr>
    </w:p>
    <w:p>
      <w:pPr>
        <w:spacing w:before="0" w:after="280" w:line="240" w:lineRule="auto"/>
        <w:ind w:left="1701"/>
        <w:jc w:val="left"/>
      </w:pPr>
      <w:r>
        <w:rPr>
          <w:b w:val="0"/>
          <w:sz w:val="40"/>
        </w:rPr>
        <w:t>令和○年○月○日</w:t>
      </w:r>
    </w:p>
    <w:p>
      <w:pPr>
        <w:spacing w:before="0" w:after="120" w:line="240" w:lineRule="auto"/>
        <w:ind w:left="3118"/>
        <w:jc w:val="left"/>
      </w:pPr>
      <w:r>
        <w:rPr>
          <w:b w:val="0"/>
          <w:sz w:val="44"/>
        </w:rPr>
        <w:t>○○○○会　会長</w:t>
      </w:r>
    </w:p>
    <w:p>
      <w:pPr>
        <w:spacing w:before="0" w:after="0" w:line="240" w:lineRule="auto"/>
        <w:ind w:left="4252"/>
        <w:jc w:val="left"/>
      </w:pPr>
      <w:r>
        <w:rPr>
          <w:b w:val="0"/>
          <w:sz w:val="56"/>
        </w:rPr>
        <w:t>○○　○○</w:t>
      </w:r>
    </w:p>
    <w:sectPr w:rsidR="00FC693F" w:rsidRPr="0006063C" w:rsidSect="00034616">
      <w:pgSz w:w="16838" w:h="11906" w:orient="landscape"/>
      <w:pgMar w:top="1587" w:right="1701" w:bottom="1587" w:left="1701" w:header="720" w:footer="720" w:gutter="0"/>
      <w:cols w:space="720"/>
      <w:docGrid w:linePitch="360"/>
      <w:textDirection w:val="tbRl"/>
      <w:pgBorders w:offsetFrom="page">
        <w:top w:val="decoArch" w:sz="24" w:space="24" w:color="B08A2E"/>
        <w:left w:val="decoArch" w:sz="24" w:space="24" w:color="B08A2E"/>
        <w:bottom w:val="decoArch" w:sz="24" w:space="24" w:color="B08A2E"/>
        <w:right w:val="decoArch" w:sz="24" w:space="24" w:color="B08A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