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line="312" w:lineRule="auto"/>
        <w:jc w:val="center"/>
      </w:pPr>
      <w:r>
        <w:rPr>
          <w:b/>
          <w:sz w:val="48"/>
        </w:rPr>
        <w:t>委　任　状</w:t>
      </w:r>
    </w:p>
    <w:p>
      <w:pPr>
        <w:spacing w:after="40" w:line="312" w:lineRule="auto"/>
        <w:jc w:val="left"/>
      </w:pPr>
      <w:r>
        <w:rPr>
          <w:b/>
          <w:sz w:val="24"/>
        </w:rPr>
        <w:t>（代理人）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住所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氏名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生年月日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  <w:t xml:space="preserve">　　　年　　月　　日</w:t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委任者との関係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</w:r>
          </w:p>
        </w:tc>
      </w:tr>
    </w:tbl>
    <w:p>
      <w:pPr>
        <w:spacing w:after="120" w:line="312" w:lineRule="auto"/>
        <w:jc w:val="left"/>
      </w:pPr>
    </w:p>
    <w:p>
      <w:pPr>
        <w:spacing w:after="240" w:line="312" w:lineRule="auto"/>
        <w:jc w:val="left"/>
      </w:pPr>
      <w:r>
        <w:rPr>
          <w:b w:val="0"/>
          <w:sz w:val="24"/>
        </w:rPr>
        <w:t>私は、上記の者を代理人と定め、下記の事項を委任します。</w:t>
      </w:r>
    </w:p>
    <w:p>
      <w:pPr>
        <w:spacing w:after="160" w:line="312" w:lineRule="auto"/>
        <w:jc w:val="center"/>
      </w:pPr>
      <w:r>
        <w:rPr>
          <w:b w:val="0"/>
          <w:sz w:val="24"/>
        </w:rPr>
        <w:t>記</w:t>
      </w:r>
    </w:p>
    <w:p>
      <w:pPr>
        <w:spacing w:after="80" w:line="312" w:lineRule="auto"/>
        <w:jc w:val="left"/>
      </w:pPr>
      <w:r>
        <w:rPr>
          <w:b w:val="0"/>
          <w:sz w:val="24"/>
        </w:rPr>
        <w:t>1．委任する事項</w:t>
      </w:r>
    </w:p>
    <w:p>
      <w:pPr>
        <w:spacing w:after="600" w:line="312" w:lineRule="auto"/>
        <w:ind w:left="454"/>
        <w:jc w:val="left"/>
      </w:pPr>
      <w:r>
        <w:rPr>
          <w:b w:val="0"/>
          <w:sz w:val="24"/>
        </w:rPr>
        <w:t>（例）○○の申請および受け取りに関する一切の件</w:t>
      </w:r>
    </w:p>
    <w:p>
      <w:pPr>
        <w:spacing w:after="80" w:line="312" w:lineRule="auto"/>
        <w:jc w:val="left"/>
      </w:pPr>
    </w:p>
    <w:p>
      <w:pPr>
        <w:spacing w:after="360" w:line="312" w:lineRule="auto"/>
        <w:jc w:val="right"/>
      </w:pPr>
      <w:r>
        <w:rPr>
          <w:b w:val="0"/>
          <w:sz w:val="24"/>
        </w:rPr>
        <w:t>以上</w:t>
      </w:r>
    </w:p>
    <w:p>
      <w:pPr>
        <w:spacing w:after="200" w:line="312" w:lineRule="auto"/>
        <w:jc w:val="left"/>
      </w:pPr>
      <w:r>
        <w:rPr>
          <w:b w:val="0"/>
          <w:sz w:val="24"/>
        </w:rPr>
        <w:t>令和　　年　　月　　日</w:t>
      </w:r>
    </w:p>
    <w:p>
      <w:pPr>
        <w:spacing w:after="40" w:line="312" w:lineRule="auto"/>
        <w:jc w:val="left"/>
      </w:pPr>
      <w:r>
        <w:rPr>
          <w:b/>
          <w:sz w:val="24"/>
        </w:rPr>
        <w:t>（委任者）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住所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氏名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  <w:t xml:space="preserve">　　　　　　　　　　　　　　　　　印</w:t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生年月日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  <w:t xml:space="preserve">　　　年　　月　　日</w:t>
            </w:r>
          </w:p>
        </w:tc>
      </w:tr>
      <w:tr>
        <w:tc>
          <w:tcPr>
            <w:tcW w:type="dxa" w:w="2041"/>
          </w:tcPr>
          <w:p>
            <w:pPr>
              <w:spacing w:after="80"/>
            </w:pPr>
            <w:r>
              <w:rPr>
                <w:sz w:val="23"/>
              </w:rPr>
              <w:t>電話番号</w:t>
            </w:r>
          </w:p>
        </w:tc>
        <w:tc>
          <w:tcPr>
            <w:tcW w:type="dxa" w:w="4762"/>
            <w:tcBorders>
              <w:bottom w:val="single" w:sz="4" w:color="777777"/>
            </w:tcBorders>
          </w:tcPr>
          <w:p>
            <w:pPr>
              <w:spacing w:after="80"/>
            </w:pPr>
            <w:r>
              <w:rPr>
                <w:sz w:val="23"/>
              </w:rPr>
            </w:r>
          </w:p>
        </w:tc>
      </w:tr>
    </w:tbl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