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12" w:lineRule="auto"/>
        <w:jc w:val="right"/>
      </w:pPr>
      <w:r>
        <w:rPr>
          <w:b w:val="0"/>
          <w:sz w:val="23"/>
        </w:rPr>
        <w:t>令和　　年　　月　　日</w:t>
      </w:r>
    </w:p>
    <w:p>
      <w:pPr>
        <w:spacing w:after="360" w:line="312" w:lineRule="auto"/>
        <w:jc w:val="left"/>
      </w:pPr>
      <w:r>
        <w:rPr>
          <w:b w:val="0"/>
          <w:sz w:val="24"/>
        </w:rPr>
        <w:t>○○○○会　会長　○○　○○　様</w:t>
      </w:r>
    </w:p>
    <w:p>
      <w:pPr>
        <w:spacing w:after="360" w:line="312" w:lineRule="auto"/>
        <w:jc w:val="center"/>
      </w:pPr>
      <w:r>
        <w:rPr>
          <w:b/>
          <w:sz w:val="44"/>
        </w:rPr>
        <w:t>出欠票・委任状</w:t>
      </w:r>
    </w:p>
    <w:p>
      <w:pPr>
        <w:spacing w:after="240" w:line="312" w:lineRule="auto"/>
        <w:jc w:val="left"/>
      </w:pPr>
      <w:r>
        <w:rPr>
          <w:b w:val="0"/>
          <w:sz w:val="24"/>
        </w:rPr>
        <w:t>令和○年○月○日に開催される○○○○会 定期総会について、下記のとおり届け出ます。</w:t>
      </w:r>
    </w:p>
    <w:p>
      <w:pPr>
        <w:spacing w:after="160" w:line="312" w:lineRule="auto"/>
        <w:jc w:val="left"/>
      </w:pPr>
      <w:r>
        <w:rPr>
          <w:b w:val="0"/>
          <w:sz w:val="21"/>
        </w:rPr>
        <w:t>（いずれかに○をつけてください）</w:t>
      </w:r>
    </w:p>
    <w:p>
      <w:pPr>
        <w:spacing w:after="200" w:line="312" w:lineRule="auto"/>
        <w:ind w:left="340"/>
        <w:jc w:val="left"/>
      </w:pPr>
      <w:r>
        <w:rPr>
          <w:b w:val="0"/>
          <w:sz w:val="26"/>
        </w:rPr>
        <w:t>1．出席します。</w:t>
      </w:r>
    </w:p>
    <w:p>
      <w:pPr>
        <w:spacing w:after="40" w:line="312" w:lineRule="auto"/>
        <w:ind w:left="340"/>
        <w:jc w:val="left"/>
      </w:pPr>
      <w:r>
        <w:rPr>
          <w:b w:val="0"/>
          <w:sz w:val="26"/>
        </w:rPr>
        <w:t>2．欠席します。総会の議決に関する一切の権限を、</w:t>
      </w:r>
    </w:p>
    <w:p>
      <w:pPr>
        <w:spacing w:after="40" w:line="312" w:lineRule="auto"/>
        <w:ind w:left="567"/>
        <w:jc w:val="left"/>
      </w:pPr>
      <w:r>
        <w:rPr>
          <w:b w:val="0"/>
          <w:sz w:val="26"/>
        </w:rPr>
        <w:t xml:space="preserve">　　□ 議長に委任します。</w:t>
      </w:r>
    </w:p>
    <w:p>
      <w:pPr>
        <w:spacing w:after="480" w:line="312" w:lineRule="auto"/>
        <w:ind w:left="567"/>
        <w:jc w:val="left"/>
      </w:pPr>
      <w:r>
        <w:rPr>
          <w:b w:val="0"/>
          <w:sz w:val="26"/>
        </w:rPr>
        <w:t xml:space="preserve">　　□ 次の方に委任します。（氏名　　　　　　　　　　　　　）</w:t>
      </w:r>
    </w:p>
    <w:p>
      <w:pPr>
        <w:spacing w:after="40" w:line="312" w:lineRule="auto"/>
        <w:jc w:val="left"/>
      </w:pPr>
      <w:r>
        <w:rPr>
          <w:b/>
          <w:sz w:val="24"/>
        </w:rPr>
        <w:t>（届出者）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住所(部屋番号)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</w:r>
          </w:p>
        </w:tc>
      </w:tr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氏名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  <w:t xml:space="preserve">　　　　　　　　　　　　　　　　　印</w:t>
            </w:r>
          </w:p>
        </w:tc>
      </w:tr>
    </w:tbl>
    <w:p>
      <w:pPr>
        <w:spacing w:after="280" w:line="312" w:lineRule="auto"/>
        <w:jc w:val="left"/>
      </w:pPr>
    </w:p>
    <w:p>
      <w:pPr>
        <w:spacing w:after="40" w:line="312" w:lineRule="auto"/>
        <w:jc w:val="left"/>
      </w:pPr>
      <w:r>
        <w:rPr>
          <w:b w:val="0"/>
          <w:sz w:val="20"/>
        </w:rPr>
        <w:t>※欠席で委任先を書かない場合は、議長に委任したものとして取り扱います。</w:t>
      </w:r>
    </w:p>
    <w:p>
      <w:pPr>
        <w:spacing w:after="120" w:line="312" w:lineRule="auto"/>
        <w:jc w:val="left"/>
      </w:pPr>
      <w:r>
        <w:rPr>
          <w:b w:val="0"/>
          <w:sz w:val="20"/>
        </w:rPr>
        <w:t>※○月○日(○)までに、○○へご提出ください。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