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288" w:lineRule="auto"/>
        <w:jc w:val="center"/>
      </w:pPr>
      <w:r>
        <w:rPr>
          <w:b/>
          <w:sz w:val="48"/>
        </w:rPr>
        <w:t>示　談　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○○○○(以下「甲」という)と○○○○(以下「乙」という)は、下記の件について、次のとおり示談が成立したことを確認する。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510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発生日時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20XX年○月○日　○時ごろ</w:t>
            </w:r>
          </w:p>
        </w:tc>
      </w:tr>
      <w:tr>
        <w:trPr>
          <w:trHeight w:val="510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発生場所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○○県○○市○○町 ○○マンション○号室 など</w:t>
            </w:r>
          </w:p>
        </w:tc>
      </w:tr>
      <w:tr>
        <w:trPr>
          <w:trHeight w:val="907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内容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(例)甲の部屋の洗濯機の水漏れにより、階下の乙の部屋の天井と家具が水にぬれた</w:t>
            </w:r>
          </w:p>
        </w:tc>
      </w:tr>
      <w:tr>
        <w:trPr>
          <w:trHeight w:val="737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損害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(例)天井のクロスの張り替え費用、家具(テーブル1台)の買い替え費用</w:t>
            </w:r>
          </w:p>
        </w:tc>
      </w:tr>
    </w:tbl>
    <w:p>
      <w:pPr>
        <w:spacing w:after="80" w:before="0" w:line="288" w:lineRule="auto"/>
        <w:jc w:val="left"/>
      </w:pPr>
    </w:p>
    <w:p>
      <w:pPr>
        <w:spacing w:after="80" w:before="0" w:line="288" w:lineRule="auto"/>
        <w:jc w:val="center"/>
      </w:pPr>
      <w:r>
        <w:rPr>
          <w:b w:val="0"/>
          <w:sz w:val="21"/>
        </w:rPr>
        <w:t>記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1．甲は乙に対し、本件について深くお詫びし、解決金として金○○○,○○○円を支払う。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2．甲は前項の金額を、20XX年○月○日までに、乙の指定する銀行口座に振り込んで支払う。振込手数料は甲の負担とする。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3．乙は、前項の支払いを受けたときは、本件について甲に対し、これ以上の請求をしない。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4．甲と乙は、本件の内容と本示談の内容を、正当な理由なく第三者に話さない。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5．甲と乙は、本件に関し、本示談書に定めるもののほか、互いに何らの債権債務もないことを確認する。</w:t>
      </w:r>
    </w:p>
    <w:p>
      <w:pPr>
        <w:spacing w:after="40" w:before="80" w:line="288" w:lineRule="auto"/>
        <w:jc w:val="left"/>
      </w:pPr>
      <w:r>
        <w:rPr>
          <w:b w:val="0"/>
          <w:sz w:val="21"/>
        </w:rPr>
        <w:t xml:space="preserve">　以上の示談の成立を証するため、本書を2通作成し、甲乙が署名押印のうえ、各1通を保有する。</w:t>
      </w:r>
    </w:p>
    <w:p>
      <w:pPr>
        <w:spacing w:after="80" w:before="120" w:line="288" w:lineRule="auto"/>
        <w:jc w:val="left"/>
      </w:pPr>
      <w:r>
        <w:rPr>
          <w:b w:val="0"/>
          <w:sz w:val="21"/>
        </w:rPr>
        <w:t>20XX年○月○日</w:t>
      </w:r>
    </w:p>
    <w:p>
      <w:pPr>
        <w:spacing w:after="40" w:before="120" w:line="288" w:lineRule="auto"/>
        <w:jc w:val="left"/>
      </w:pPr>
      <w:r>
        <w:rPr>
          <w:b/>
          <w:sz w:val="21"/>
        </w:rPr>
        <w:t>甲(加害者)</w:t>
      </w:r>
    </w:p>
    <w:p>
      <w:pPr>
        <w:spacing w:after="6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6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p>
      <w:pPr>
        <w:spacing w:after="40" w:before="120" w:line="288" w:lineRule="auto"/>
        <w:jc w:val="left"/>
      </w:pPr>
      <w:r>
        <w:rPr>
          <w:b/>
          <w:sz w:val="21"/>
        </w:rPr>
        <w:t>乙(被害者)</w:t>
      </w:r>
    </w:p>
    <w:p>
      <w:pPr>
        <w:spacing w:after="6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6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