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 w:line="288" w:lineRule="auto"/>
        <w:jc w:val="center"/>
      </w:pPr>
      <w:r>
        <w:rPr>
          <w:b/>
          <w:sz w:val="48"/>
        </w:rPr>
        <w:t>示　談　書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○○○○(以下「甲」という)と○○○○(以下「乙」という)は、下記の交通事故について、次のとおり示談が成立したことを確認する。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510" w:hRule="atLeast"/>
        </w:trPr>
        <w:tc>
          <w:tcPr>
            <w:tcW w:type="dxa" w:w="158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事故の日時</w:t>
            </w:r>
          </w:p>
        </w:tc>
        <w:tc>
          <w:tcPr>
            <w:tcW w:type="dxa" w:w="8277"/>
          </w:tcPr>
          <w:p>
            <w:r/>
            <w:r>
              <w:rPr>
                <w:b w:val="0"/>
                <w:sz w:val="21"/>
              </w:rPr>
              <w:t>20XX年○月○日(○)　午前・午後○時○分ごろ</w:t>
            </w:r>
          </w:p>
        </w:tc>
      </w:tr>
      <w:tr>
        <w:trPr>
          <w:trHeight w:val="510" w:hRule="atLeast"/>
        </w:trPr>
        <w:tc>
          <w:tcPr>
            <w:tcW w:type="dxa" w:w="158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事故の場所</w:t>
            </w:r>
          </w:p>
        </w:tc>
        <w:tc>
          <w:tcPr>
            <w:tcW w:type="dxa" w:w="8277"/>
          </w:tcPr>
          <w:p>
            <w:r/>
            <w:r>
              <w:rPr>
                <w:b w:val="0"/>
                <w:sz w:val="21"/>
              </w:rPr>
              <w:t>○○県○○市○○町○丁目○番地先の交差点</w:t>
            </w:r>
          </w:p>
        </w:tc>
      </w:tr>
      <w:tr>
        <w:trPr>
          <w:trHeight w:val="510" w:hRule="atLeast"/>
        </w:trPr>
        <w:tc>
          <w:tcPr>
            <w:tcW w:type="dxa" w:w="158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甲の車両</w:t>
            </w:r>
          </w:p>
        </w:tc>
        <w:tc>
          <w:tcPr>
            <w:tcW w:type="dxa" w:w="8277"/>
          </w:tcPr>
          <w:p>
            <w:r/>
            <w:r>
              <w:rPr>
                <w:b w:val="0"/>
                <w:sz w:val="21"/>
              </w:rPr>
              <w:t>車種 ○○　登録番号 ○○ 000 あ 0000</w:t>
            </w:r>
          </w:p>
        </w:tc>
      </w:tr>
      <w:tr>
        <w:trPr>
          <w:trHeight w:val="510" w:hRule="atLeast"/>
        </w:trPr>
        <w:tc>
          <w:tcPr>
            <w:tcW w:type="dxa" w:w="158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乙の車両</w:t>
            </w:r>
          </w:p>
        </w:tc>
        <w:tc>
          <w:tcPr>
            <w:tcW w:type="dxa" w:w="8277"/>
          </w:tcPr>
          <w:p>
            <w:r/>
            <w:r>
              <w:rPr>
                <w:b w:val="0"/>
                <w:sz w:val="21"/>
              </w:rPr>
              <w:t>車種 ○○　登録番号 ○○ 000 い 0000</w:t>
            </w:r>
          </w:p>
        </w:tc>
      </w:tr>
      <w:tr>
        <w:trPr>
          <w:trHeight w:val="737" w:hRule="atLeast"/>
        </w:trPr>
        <w:tc>
          <w:tcPr>
            <w:tcW w:type="dxa" w:w="158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事故の内容</w:t>
            </w:r>
          </w:p>
        </w:tc>
        <w:tc>
          <w:tcPr>
            <w:tcW w:type="dxa" w:w="8277"/>
          </w:tcPr>
          <w:p>
            <w:r/>
            <w:r>
              <w:rPr>
                <w:b w:val="0"/>
                <w:sz w:val="21"/>
              </w:rPr>
              <w:t>(例)信号待ちで停車中の乙の車両に、甲の車両が後ろから追突した</w:t>
            </w:r>
          </w:p>
        </w:tc>
      </w:tr>
      <w:tr>
        <w:trPr>
          <w:trHeight w:val="737" w:hRule="atLeast"/>
        </w:trPr>
        <w:tc>
          <w:tcPr>
            <w:tcW w:type="dxa" w:w="158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損害の内容</w:t>
            </w:r>
          </w:p>
        </w:tc>
        <w:tc>
          <w:tcPr>
            <w:tcW w:type="dxa" w:w="8277"/>
          </w:tcPr>
          <w:p>
            <w:r/>
            <w:r>
              <w:rPr>
                <w:b w:val="0"/>
                <w:sz w:val="21"/>
              </w:rPr>
              <w:t>(例)乙の車両の後部バンパーの破損(修理費 ○○○,○○○円)</w:t>
            </w:r>
          </w:p>
        </w:tc>
      </w:tr>
    </w:tbl>
    <w:p>
      <w:pPr>
        <w:spacing w:after="80" w:before="0" w:line="288" w:lineRule="auto"/>
        <w:jc w:val="left"/>
      </w:pPr>
    </w:p>
    <w:p>
      <w:pPr>
        <w:spacing w:after="80" w:before="0" w:line="288" w:lineRule="auto"/>
        <w:jc w:val="center"/>
      </w:pPr>
      <w:r>
        <w:rPr>
          <w:b w:val="0"/>
          <w:sz w:val="21"/>
        </w:rPr>
        <w:t>記</w:t>
      </w:r>
    </w:p>
    <w:p>
      <w:pPr>
        <w:spacing w:after="60" w:before="0" w:line="288" w:lineRule="auto"/>
        <w:ind w:left="340" w:hanging="340"/>
        <w:jc w:val="left"/>
      </w:pPr>
      <w:r>
        <w:rPr>
          <w:b w:val="0"/>
          <w:sz w:val="21"/>
        </w:rPr>
        <w:t>1．甲は乙に対し、本件事故による損害賠償として、金○○○,○○○円を支払う。</w:t>
      </w:r>
    </w:p>
    <w:p>
      <w:pPr>
        <w:spacing w:after="60" w:before="0" w:line="288" w:lineRule="auto"/>
        <w:ind w:left="340" w:hanging="340"/>
        <w:jc w:val="left"/>
      </w:pPr>
      <w:r>
        <w:rPr>
          <w:b w:val="0"/>
          <w:sz w:val="21"/>
        </w:rPr>
        <w:t>2．甲は前項の金額を、20XX年○月○日までに、乙の指定する銀行口座に振り込んで支払う。振込手数料は甲の負担とする。</w:t>
      </w:r>
    </w:p>
    <w:p>
      <w:pPr>
        <w:spacing w:after="60" w:before="0" w:line="288" w:lineRule="auto"/>
        <w:ind w:left="340" w:hanging="340"/>
        <w:jc w:val="left"/>
      </w:pPr>
      <w:r>
        <w:rPr>
          <w:b w:val="0"/>
          <w:sz w:val="21"/>
        </w:rPr>
        <w:t>3．甲が前項の支払いを怠ったときは、遅れた日数に応じて年3%の割合による遅延損害金を支払う。</w:t>
      </w:r>
    </w:p>
    <w:p>
      <w:pPr>
        <w:spacing w:after="60" w:before="0" w:line="288" w:lineRule="auto"/>
        <w:ind w:left="340" w:hanging="340"/>
        <w:jc w:val="left"/>
      </w:pPr>
      <w:r>
        <w:rPr>
          <w:b w:val="0"/>
          <w:sz w:val="21"/>
        </w:rPr>
        <w:t>4．甲と乙は、本件事故に関し、本示談書に定めるもののほか、互いに何らの債権債務もないことを確認する。</w:t>
      </w:r>
    </w:p>
    <w:p>
      <w:pPr>
        <w:spacing w:after="60" w:before="0" w:line="288" w:lineRule="auto"/>
        <w:ind w:left="340" w:hanging="340"/>
        <w:jc w:val="left"/>
      </w:pPr>
      <w:r>
        <w:rPr>
          <w:b w:val="0"/>
          <w:sz w:val="21"/>
        </w:rPr>
        <w:t>5．本示談の成立後に、本件事故によるけがや後遺症が新たにわかったときは、甲乙が別に協議する。</w:t>
      </w:r>
    </w:p>
    <w:p>
      <w:pPr>
        <w:spacing w:after="40" w:before="80" w:line="288" w:lineRule="auto"/>
        <w:jc w:val="left"/>
      </w:pPr>
      <w:r>
        <w:rPr>
          <w:b w:val="0"/>
          <w:sz w:val="21"/>
        </w:rPr>
        <w:t xml:space="preserve">　以上の示談の成立を証するため、本書を2通作成し、甲乙が署名押印のうえ、各1通を保有する。</w:t>
      </w:r>
    </w:p>
    <w:p>
      <w:pPr>
        <w:spacing w:after="80" w:before="120" w:line="288" w:lineRule="auto"/>
        <w:jc w:val="left"/>
      </w:pPr>
      <w:r>
        <w:rPr>
          <w:b w:val="0"/>
          <w:sz w:val="21"/>
        </w:rPr>
        <w:t>20XX年○月○日</w:t>
      </w:r>
    </w:p>
    <w:p>
      <w:pPr>
        <w:spacing w:after="40" w:before="120" w:line="288" w:lineRule="auto"/>
        <w:jc w:val="left"/>
      </w:pPr>
      <w:r>
        <w:rPr>
          <w:b/>
          <w:sz w:val="21"/>
        </w:rPr>
        <w:t>甲(加害者)</w:t>
      </w:r>
    </w:p>
    <w:p>
      <w:pPr>
        <w:spacing w:after="60" w:before="0" w:line="288" w:lineRule="auto"/>
        <w:jc w:val="left"/>
      </w:pPr>
      <w:r>
        <w:rPr>
          <w:b w:val="0"/>
          <w:sz w:val="21"/>
        </w:rPr>
        <w:t xml:space="preserve">住所　　　　　　　　　　　　　　　　　　　　　　　　　　　　</w:t>
      </w:r>
    </w:p>
    <w:p>
      <w:pPr>
        <w:spacing w:after="60" w:before="0" w:line="288" w:lineRule="auto"/>
        <w:jc w:val="left"/>
      </w:pPr>
      <w:r>
        <w:rPr>
          <w:b w:val="0"/>
          <w:sz w:val="21"/>
        </w:rPr>
        <w:t>氏名　　　　　　　　　　　　　　　　　　　　　　　　　　印</w:t>
      </w:r>
    </w:p>
    <w:p>
      <w:pPr>
        <w:spacing w:after="40" w:before="120" w:line="288" w:lineRule="auto"/>
        <w:jc w:val="left"/>
      </w:pPr>
      <w:r>
        <w:rPr>
          <w:b/>
          <w:sz w:val="21"/>
        </w:rPr>
        <w:t>乙(被害者)</w:t>
      </w:r>
    </w:p>
    <w:p>
      <w:pPr>
        <w:spacing w:after="60" w:before="0" w:line="288" w:lineRule="auto"/>
        <w:jc w:val="left"/>
      </w:pPr>
      <w:r>
        <w:rPr>
          <w:b w:val="0"/>
          <w:sz w:val="21"/>
        </w:rPr>
        <w:t xml:space="preserve">住所　　　　　　　　　　　　　　　　　　　　　　　　　　　　</w:t>
      </w:r>
    </w:p>
    <w:p>
      <w:pPr>
        <w:spacing w:after="60" w:before="0" w:line="288" w:lineRule="auto"/>
        <w:jc w:val="left"/>
      </w:pPr>
      <w:r>
        <w:rPr>
          <w:b w:val="0"/>
          <w:sz w:val="21"/>
        </w:rPr>
        <w:t>氏名　　　　　　　　　　　　　　　　　　　　　　　　　　印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