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5159"/>
        <w:gridCol w:w="5159"/>
      </w:tblGrid>
      <w:tr>
        <w:trPr>
          <w:trHeight w:val="2835" w:hRule="atLeast"/>
        </w:trPr>
        <w:tc>
          <w:tcPr>
            <w:tcW w:type="dxa" w:w="7483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E5C8A"/>
                <w:sz w:val="60"/>
              </w:rPr>
              <w:t>自己紹介カード</w:t>
            </w:r>
          </w:p>
          <w:p>
            <w:pPr>
              <w:spacing w:before="80" w:after="0"/>
              <w:jc w:val="left"/>
            </w:pPr>
            <w:r>
              <w:rPr>
                <w:b w:val="0"/>
                <w:color w:val="595959"/>
                <w:sz w:val="22"/>
              </w:rPr>
              <w:t>○年○組 / ○○部</w:t>
            </w:r>
          </w:p>
        </w:tc>
        <w:tc>
          <w:tcPr>
            <w:tcW w:type="dxa" w:w="2835"/>
            <w:vAlign w:val="center"/>
            <w:shd w:val="clear" w:color="auto" w:fill="F4F4F4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18"/>
              </w:rPr>
              <w:t>写真・イラストを貼る</w:t>
            </w:r>
          </w:p>
        </w:tc>
      </w:tr>
    </w:tbl>
    <w:p>
      <w:pPr>
        <w:spacing w:before="0" w:after="12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FBFBF"/>
          <w:left w:val="single" w:sz="8" w:color="BFBFBF"/>
          <w:bottom w:val="single" w:sz="8" w:color="BFBFBF"/>
          <w:right w:val="single" w:sz="8" w:color="BFBFBF"/>
          <w:insideH w:val="single" w:sz="8" w:color="BFBFBF"/>
          <w:insideV w:val="single" w:sz="8" w:color="BFBFBF"/>
        </w:tblBorders>
      </w:tblPr>
      <w:tblGrid>
        <w:gridCol w:w="5159"/>
        <w:gridCol w:w="5159"/>
      </w:tblGrid>
      <w:tr>
        <w:trPr>
          <w:trHeight w:val="1111" w:hRule="atLeast"/>
        </w:trPr>
        <w:tc>
          <w:tcPr>
            <w:tcW w:type="dxa" w:w="2494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名前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952" w:hRule="atLeast"/>
        </w:trPr>
        <w:tc>
          <w:tcPr>
            <w:tcW w:type="dxa" w:w="2494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誕生日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 xml:space="preserve">　　月　　日</w:t>
            </w:r>
          </w:p>
        </w:tc>
      </w:tr>
      <w:tr>
        <w:trPr>
          <w:trHeight w:val="952" w:hRule="atLeast"/>
        </w:trPr>
        <w:tc>
          <w:tcPr>
            <w:tcW w:type="dxa" w:w="2494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好きな教科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1111" w:hRule="atLeast"/>
        </w:trPr>
        <w:tc>
          <w:tcPr>
            <w:tcW w:type="dxa" w:w="2494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部活・習い事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952" w:hRule="atLeast"/>
        </w:trPr>
        <w:tc>
          <w:tcPr>
            <w:tcW w:type="dxa" w:w="2494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好きな食べもの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1587" w:hRule="atLeast"/>
        </w:trPr>
        <w:tc>
          <w:tcPr>
            <w:tcW w:type="dxa" w:w="2494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はまっていること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1587" w:hRule="atLeast"/>
        </w:trPr>
        <w:tc>
          <w:tcPr>
            <w:tcW w:type="dxa" w:w="2494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自分のいいところ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1905" w:hRule="atLeast"/>
        </w:trPr>
        <w:tc>
          <w:tcPr>
            <w:tcW w:type="dxa" w:w="2494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今年の目標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  <w:tr>
        <w:trPr>
          <w:trHeight w:val="1746" w:hRule="atLeast"/>
        </w:trPr>
        <w:tc>
          <w:tcPr>
            <w:tcW w:type="dxa" w:w="2494"/>
            <w:shd w:val="clear" w:color="auto" w:fill="2E5C8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みんなにひとこと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80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