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5159"/>
        <w:gridCol w:w="5159"/>
      </w:tblGrid>
      <w:tr>
        <w:trPr>
          <w:trHeight w:val="2835" w:hRule="atLeast"/>
        </w:trPr>
        <w:tc>
          <w:tcPr>
            <w:tcW w:type="dxa" w:w="748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F6F78"/>
                <w:sz w:val="60"/>
              </w:rPr>
              <w:t>自己紹介シート</w:t>
            </w:r>
          </w:p>
          <w:p>
            <w:pPr>
              <w:spacing w:before="80" w:after="0"/>
              <w:jc w:val="left"/>
            </w:pPr>
            <w:r>
              <w:rPr>
                <w:b w:val="0"/>
                <w:color w:val="595959"/>
                <w:sz w:val="22"/>
              </w:rPr>
              <w:t>はじめまして。どうぞよろしくお願いします!</w:t>
            </w:r>
          </w:p>
        </w:tc>
        <w:tc>
          <w:tcPr>
            <w:tcW w:type="dxa" w:w="2835"/>
            <w:vAlign w:val="center"/>
            <w:shd w:val="clear" w:color="auto" w:fill="F4F4F4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18"/>
              </w:rPr>
              <w:t>写真・似顔絵を貼る</w:t>
            </w:r>
          </w:p>
        </w:tc>
      </w:tr>
    </w:tbl>
    <w:p>
      <w:pPr>
        <w:spacing w:before="0" w:after="12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FBFBF"/>
          <w:left w:val="single" w:sz="8" w:color="BFBFBF"/>
          <w:bottom w:val="single" w:sz="8" w:color="BFBFBF"/>
          <w:right w:val="single" w:sz="8" w:color="BFBFBF"/>
          <w:insideH w:val="single" w:sz="8" w:color="BFBFBF"/>
          <w:insideV w:val="single" w:sz="8" w:color="BFBFBF"/>
        </w:tblBorders>
      </w:tblPr>
      <w:tblGrid>
        <w:gridCol w:w="5159"/>
        <w:gridCol w:w="5159"/>
      </w:tblGrid>
      <w:tr>
        <w:trPr>
          <w:trHeight w:val="1111" w:hRule="atLeast"/>
        </w:trPr>
        <w:tc>
          <w:tcPr>
            <w:tcW w:type="dxa" w:w="2494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名前(ふりがな)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952" w:hRule="atLeast"/>
        </w:trPr>
        <w:tc>
          <w:tcPr>
            <w:tcW w:type="dxa" w:w="2494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部署・担当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952" w:hRule="atLeast"/>
        </w:trPr>
        <w:tc>
          <w:tcPr>
            <w:tcW w:type="dxa" w:w="2494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出身地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1746" w:hRule="atLeast"/>
        </w:trPr>
        <w:tc>
          <w:tcPr>
            <w:tcW w:type="dxa" w:w="2494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前の仕事・得意なこと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1587" w:hRule="atLeast"/>
        </w:trPr>
        <w:tc>
          <w:tcPr>
            <w:tcW w:type="dxa" w:w="2494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趣味・好きなこと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1270" w:hRule="atLeast"/>
        </w:trPr>
        <w:tc>
          <w:tcPr>
            <w:tcW w:type="dxa" w:w="2494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休日の過ごし方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2381" w:hRule="atLeast"/>
        </w:trPr>
        <w:tc>
          <w:tcPr>
            <w:tcW w:type="dxa" w:w="2494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ひとこと・意気込み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952" w:hRule="atLeast"/>
        </w:trPr>
        <w:tc>
          <w:tcPr>
            <w:tcW w:type="dxa" w:w="2494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呼んでほしい名前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80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