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312" w:lineRule="auto"/>
        <w:jc w:val="right"/>
      </w:pPr>
      <w:r>
        <w:rPr>
          <w:b w:val="0"/>
          <w:sz w:val="23"/>
          <w:u w:val="none"/>
        </w:rPr>
        <w:t>令和○年○月○日</w:t>
      </w:r>
    </w:p>
    <w:p>
      <w:pPr>
        <w:spacing w:after="280" w:line="312" w:lineRule="auto"/>
        <w:jc w:val="left"/>
      </w:pPr>
      <w:r>
        <w:rPr>
          <w:b/>
          <w:sz w:val="26"/>
          <w:u w:val="none"/>
        </w:rPr>
        <w:t>○○株式会社　御中</w:t>
      </w:r>
    </w:p>
    <w:p>
      <w:pPr>
        <w:spacing w:after="280" w:line="312" w:lineRule="auto"/>
        <w:jc w:val="center"/>
      </w:pPr>
      <w:r>
        <w:rPr>
          <w:b/>
          <w:sz w:val="48"/>
          <w:u w:val="none"/>
        </w:rPr>
        <w:t>受　領　書</w:t>
      </w:r>
    </w:p>
    <w:p>
      <w:pPr>
        <w:spacing w:after="200" w:line="312" w:lineRule="auto"/>
        <w:jc w:val="left"/>
      </w:pPr>
      <w:r>
        <w:rPr>
          <w:b w:val="0"/>
          <w:sz w:val="23"/>
          <w:u w:val="none"/>
        </w:rPr>
        <w:t>下記のとおり、確かに受領いたしました。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680"/>
            <w:shd w:val="clear" w:color="auto" w:fill="E3F1F3"/>
          </w:tcPr>
          <w:p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type="dxa" w:w="5216"/>
            <w:shd w:val="clear" w:color="auto" w:fill="E3F1F3"/>
          </w:tcPr>
          <w:p>
            <w:pPr>
              <w:jc w:val="center"/>
            </w:pPr>
            <w:r>
              <w:rPr>
                <w:b/>
              </w:rPr>
              <w:t>品名・内容</w:t>
            </w:r>
          </w:p>
        </w:tc>
        <w:tc>
          <w:tcPr>
            <w:tcW w:type="dxa" w:w="1417"/>
            <w:shd w:val="clear" w:color="auto" w:fill="E3F1F3"/>
          </w:tcPr>
          <w:p>
            <w:pPr>
              <w:jc w:val="center"/>
            </w:pPr>
            <w:r>
              <w:rPr>
                <w:b/>
              </w:rPr>
              <w:t>数量</w:t>
            </w:r>
          </w:p>
        </w:tc>
        <w:tc>
          <w:tcPr>
            <w:tcW w:type="dxa" w:w="2098"/>
            <w:shd w:val="clear" w:color="auto" w:fill="E3F1F3"/>
          </w:tcPr>
          <w:p>
            <w:pPr>
              <w:jc w:val="center"/>
            </w:pPr>
            <w:r>
              <w:rPr>
                <w:b/>
              </w:rPr>
              <w:t>備考</w:t>
            </w:r>
          </w:p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216"/>
          </w:tcPr>
          <w:p>
            <w:r>
              <w:t>(例)○○契約書</w:t>
            </w:r>
          </w:p>
        </w:tc>
        <w:tc>
          <w:tcPr>
            <w:tcW w:type="dxa" w:w="1417"/>
          </w:tcPr>
          <w:p>
            <w:r>
              <w:t>1部</w:t>
            </w:r>
          </w:p>
        </w:tc>
        <w:tc>
          <w:tcPr>
            <w:tcW w:type="dxa" w:w="2098"/>
          </w:tcPr>
          <w:p/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216"/>
          </w:tcPr>
          <w:p/>
        </w:tc>
        <w:tc>
          <w:tcPr>
            <w:tcW w:type="dxa" w:w="1417"/>
          </w:tcPr>
          <w:p/>
        </w:tc>
        <w:tc>
          <w:tcPr>
            <w:tcW w:type="dxa" w:w="2098"/>
          </w:tcPr>
          <w:p/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216"/>
          </w:tcPr>
          <w:p/>
        </w:tc>
        <w:tc>
          <w:tcPr>
            <w:tcW w:type="dxa" w:w="1417"/>
          </w:tcPr>
          <w:p/>
        </w:tc>
        <w:tc>
          <w:tcPr>
            <w:tcW w:type="dxa" w:w="2098"/>
          </w:tcPr>
          <w:p/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216"/>
          </w:tcPr>
          <w:p/>
        </w:tc>
        <w:tc>
          <w:tcPr>
            <w:tcW w:type="dxa" w:w="1417"/>
          </w:tcPr>
          <w:p/>
        </w:tc>
        <w:tc>
          <w:tcPr>
            <w:tcW w:type="dxa" w:w="2098"/>
          </w:tcPr>
          <w:p/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5216"/>
          </w:tcPr>
          <w:p/>
        </w:tc>
        <w:tc>
          <w:tcPr>
            <w:tcW w:type="dxa" w:w="1417"/>
          </w:tcPr>
          <w:p/>
        </w:tc>
        <w:tc>
          <w:tcPr>
            <w:tcW w:type="dxa" w:w="2098"/>
          </w:tcPr>
          <w:p/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5216"/>
          </w:tcPr>
          <w:p/>
        </w:tc>
        <w:tc>
          <w:tcPr>
            <w:tcW w:type="dxa" w:w="1417"/>
          </w:tcPr>
          <w:p/>
        </w:tc>
        <w:tc>
          <w:tcPr>
            <w:tcW w:type="dxa" w:w="2098"/>
          </w:tcPr>
          <w:p/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5216"/>
          </w:tcPr>
          <w:p/>
        </w:tc>
        <w:tc>
          <w:tcPr>
            <w:tcW w:type="dxa" w:w="1417"/>
          </w:tcPr>
          <w:p/>
        </w:tc>
        <w:tc>
          <w:tcPr>
            <w:tcW w:type="dxa" w:w="2098"/>
          </w:tcPr>
          <w:p/>
        </w:tc>
      </w:tr>
      <w:tr>
        <w:trPr>
          <w:trHeight w:val="510" w:hRule="atLeast"/>
        </w:trPr>
        <w:tc>
          <w:tcPr>
            <w:tcW w:type="dxa" w:w="680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5216"/>
          </w:tcPr>
          <w:p/>
        </w:tc>
        <w:tc>
          <w:tcPr>
            <w:tcW w:type="dxa" w:w="1417"/>
          </w:tcPr>
          <w:p/>
        </w:tc>
        <w:tc>
          <w:tcPr>
            <w:tcW w:type="dxa" w:w="2098"/>
          </w:tcPr>
          <w:p/>
        </w:tc>
      </w:tr>
    </w:tbl>
    <w:p>
      <w:pPr>
        <w:spacing w:after="200" w:line="312" w:lineRule="auto"/>
        <w:jc w:val="left"/>
      </w:pPr>
    </w:p>
    <w:p>
      <w:pPr>
        <w:spacing w:after="280" w:line="312" w:lineRule="auto"/>
        <w:jc w:val="left"/>
      </w:pPr>
      <w:r>
        <w:rPr>
          <w:b w:val="0"/>
          <w:sz w:val="23"/>
          <w:u w:val="none"/>
        </w:rPr>
        <w:t>受領日　　令和　　年　　月　　日</w:t>
      </w:r>
    </w:p>
    <w:p>
      <w:pPr>
        <w:spacing w:after="200" w:line="312" w:lineRule="auto"/>
        <w:ind w:left="3969"/>
        <w:jc w:val="left"/>
      </w:pPr>
      <w:r>
        <w:rPr>
          <w:b w:val="0"/>
          <w:sz w:val="23"/>
          <w:u w:val="none"/>
        </w:rPr>
        <w:t>(受領者)</w:t>
      </w:r>
    </w:p>
    <w:p>
      <w:pPr>
        <w:spacing w:after="200" w:line="312" w:lineRule="auto"/>
        <w:ind w:left="3969"/>
        <w:jc w:val="left"/>
      </w:pPr>
      <w:r>
        <w:rPr>
          <w:b w:val="0"/>
          <w:sz w:val="23"/>
          <w:u w:val="none"/>
        </w:rPr>
        <w:t>住所</w:t>
      </w:r>
    </w:p>
    <w:p>
      <w:pPr>
        <w:spacing w:after="200" w:line="312" w:lineRule="auto"/>
        <w:ind w:left="3969"/>
        <w:jc w:val="left"/>
      </w:pPr>
      <w:r>
        <w:rPr>
          <w:b w:val="0"/>
          <w:sz w:val="23"/>
          <w:u w:val="none"/>
        </w:rPr>
        <w:t>会社名・所属</w:t>
      </w:r>
    </w:p>
    <w:p>
      <w:pPr>
        <w:spacing w:after="200" w:line="312" w:lineRule="auto"/>
        <w:ind w:left="3969"/>
        <w:jc w:val="left"/>
      </w:pPr>
      <w:r>
        <w:rPr>
          <w:b w:val="0"/>
          <w:sz w:val="23"/>
          <w:u w:val="none"/>
        </w:rPr>
        <w:t>氏名　　　　　　　　　　　　　　　印</w:t>
      </w:r>
    </w:p>
    <w:sectPr w:rsidR="00FC693F" w:rsidRPr="0006063C" w:rsidSect="00034616">
      <w:pgSz w:w="11906" w:h="16838"/>
      <w:pgMar w:top="1020" w:right="1247" w:bottom="85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