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12" w:lineRule="auto"/>
        <w:jc w:val="center"/>
      </w:pPr>
      <w:r>
        <w:rPr>
          <w:b/>
          <w:sz w:val="44"/>
          <w:u w:val="none"/>
        </w:rPr>
        <w:t>受　領　書</w:t>
      </w:r>
    </w:p>
    <w:p>
      <w:pPr>
        <w:spacing w:after="280" w:line="312" w:lineRule="auto"/>
        <w:ind w:right="3402"/>
        <w:jc w:val="right"/>
        <w:pBdr>
          <w:bottom w:val="single" w:sz="6" w:space="2" w:color="555555"/>
        </w:pBdr>
      </w:pPr>
      <w:r>
        <w:rPr>
          <w:b w:val="0"/>
          <w:sz w:val="26"/>
          <w:u w:val="none"/>
        </w:rPr>
        <w:t>様</w:t>
      </w:r>
    </w:p>
    <w:p>
      <w:pPr>
        <w:spacing w:after="280" w:line="312" w:lineRule="auto"/>
        <w:jc w:val="left"/>
        <w:pBdr>
          <w:bottom w:val="single" w:sz="6" w:space="1" w:color="555555"/>
        </w:pBdr>
      </w:pPr>
      <w:r>
        <w:rPr>
          <w:b w:val="0"/>
          <w:sz w:val="24"/>
          <w:u w:val="none"/>
        </w:rPr>
        <w:t>品名</w:t>
      </w:r>
    </w:p>
    <w:p>
      <w:pPr>
        <w:spacing w:after="280" w:line="312" w:lineRule="auto"/>
        <w:jc w:val="left"/>
        <w:pBdr>
          <w:bottom w:val="single" w:sz="6" w:space="2" w:color="555555"/>
        </w:pBdr>
      </w:pPr>
      <w:r>
        <w:rPr>
          <w:b w:val="0"/>
          <w:sz w:val="24"/>
          <w:u w:val="none"/>
        </w:rPr>
        <w:t>数量</w:t>
      </w:r>
    </w:p>
    <w:p>
      <w:pPr>
        <w:spacing w:after="200" w:line="312" w:lineRule="auto"/>
        <w:jc w:val="left"/>
      </w:pPr>
      <w:r>
        <w:rPr>
          <w:b w:val="0"/>
          <w:sz w:val="23"/>
          <w:u w:val="none"/>
        </w:rPr>
        <w:t>上記の品を、確かに受領いたしました。</w:t>
      </w:r>
    </w:p>
    <w:p>
      <w:pPr>
        <w:spacing w:after="200" w:line="312" w:lineRule="auto"/>
        <w:jc w:val="left"/>
      </w:pPr>
      <w:r>
        <w:rPr>
          <w:b w:val="0"/>
          <w:sz w:val="23"/>
          <w:u w:val="none"/>
        </w:rPr>
        <w:t>令和　　年　　月　　日</w:t>
      </w:r>
    </w:p>
    <w:p>
      <w:pPr>
        <w:spacing w:after="80" w:line="312" w:lineRule="auto"/>
        <w:ind w:left="3969"/>
        <w:jc w:val="left"/>
        <w:pBdr>
          <w:bottom w:val="single" w:sz="6" w:space="1" w:color="555555"/>
        </w:pBdr>
      </w:pPr>
      <w:r>
        <w:rPr>
          <w:b w:val="0"/>
          <w:sz w:val="24"/>
          <w:u w:val="none"/>
        </w:rPr>
        <w:t>受領者　　　　　　　　　　　　　　　　　印</w:t>
      </w:r>
    </w:p>
    <w:p>
      <w:pPr>
        <w:spacing w:after="240" w:line="312" w:lineRule="auto"/>
        <w:jc w:val="left"/>
      </w:pPr>
    </w:p>
    <w:p>
      <w:pPr>
        <w:spacing w:after="480" w:line="312" w:lineRule="auto"/>
        <w:jc w:val="center"/>
      </w:pPr>
      <w:r>
        <w:rPr>
          <w:b w:val="0"/>
          <w:sz w:val="17"/>
          <w:u w:val="none"/>
        </w:rPr>
        <w:t>- - - - - - - - - - - - - - - - - - - - - - - (切り取り線) - - - - - - - - - - - - - - - - - - - - - - -</w:t>
      </w:r>
    </w:p>
    <w:p>
      <w:pPr>
        <w:spacing w:after="200" w:line="312" w:lineRule="auto"/>
        <w:jc w:val="center"/>
      </w:pPr>
      <w:r>
        <w:rPr>
          <w:b/>
          <w:sz w:val="44"/>
          <w:u w:val="none"/>
        </w:rPr>
        <w:t>受　領　書</w:t>
      </w:r>
    </w:p>
    <w:p>
      <w:pPr>
        <w:spacing w:after="280" w:line="312" w:lineRule="auto"/>
        <w:ind w:right="3402"/>
        <w:jc w:val="right"/>
        <w:pBdr>
          <w:bottom w:val="single" w:sz="6" w:space="2" w:color="555555"/>
        </w:pBdr>
      </w:pPr>
      <w:r>
        <w:rPr>
          <w:b w:val="0"/>
          <w:sz w:val="26"/>
          <w:u w:val="none"/>
        </w:rPr>
        <w:t>様</w:t>
      </w:r>
    </w:p>
    <w:p>
      <w:pPr>
        <w:spacing w:after="280" w:line="312" w:lineRule="auto"/>
        <w:jc w:val="left"/>
        <w:pBdr>
          <w:bottom w:val="single" w:sz="6" w:space="1" w:color="555555"/>
        </w:pBdr>
      </w:pPr>
      <w:r>
        <w:rPr>
          <w:b w:val="0"/>
          <w:sz w:val="24"/>
          <w:u w:val="none"/>
        </w:rPr>
        <w:t>品名</w:t>
      </w:r>
    </w:p>
    <w:p>
      <w:pPr>
        <w:spacing w:after="280" w:line="312" w:lineRule="auto"/>
        <w:jc w:val="left"/>
        <w:pBdr>
          <w:bottom w:val="single" w:sz="6" w:space="2" w:color="555555"/>
        </w:pBdr>
      </w:pPr>
      <w:r>
        <w:rPr>
          <w:b w:val="0"/>
          <w:sz w:val="24"/>
          <w:u w:val="none"/>
        </w:rPr>
        <w:t>数量</w:t>
      </w:r>
    </w:p>
    <w:p>
      <w:pPr>
        <w:spacing w:after="200" w:line="312" w:lineRule="auto"/>
        <w:jc w:val="left"/>
      </w:pPr>
      <w:r>
        <w:rPr>
          <w:b w:val="0"/>
          <w:sz w:val="23"/>
          <w:u w:val="none"/>
        </w:rPr>
        <w:t>上記の品を、確かに受領いたしました。</w:t>
      </w:r>
    </w:p>
    <w:p>
      <w:pPr>
        <w:spacing w:after="200" w:line="312" w:lineRule="auto"/>
        <w:jc w:val="left"/>
      </w:pPr>
      <w:r>
        <w:rPr>
          <w:b w:val="0"/>
          <w:sz w:val="23"/>
          <w:u w:val="none"/>
        </w:rPr>
        <w:t>令和　　年　　月　　日</w:t>
      </w:r>
    </w:p>
    <w:p>
      <w:pPr>
        <w:spacing w:after="80" w:line="312" w:lineRule="auto"/>
        <w:ind w:left="3969"/>
        <w:jc w:val="left"/>
        <w:pBdr>
          <w:bottom w:val="single" w:sz="6" w:space="1" w:color="555555"/>
        </w:pBdr>
      </w:pPr>
      <w:r>
        <w:rPr>
          <w:b w:val="0"/>
          <w:sz w:val="24"/>
          <w:u w:val="none"/>
        </w:rPr>
        <w:t>受領者　　　　　　　　　　　　　　　　　印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