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80" w:line="240" w:lineRule="auto"/>
        <w:jc w:val="center"/>
      </w:pPr>
      <w:r>
        <w:rPr>
          <w:b/>
          <w:sz w:val="108"/>
          <w:spacing w:val="200"/>
        </w:rPr>
        <w:t>感謝状</w:t>
      </w:r>
    </w:p>
    <w:p>
      <w:pPr>
        <w:spacing w:before="120" w:after="360" w:line="240" w:lineRule="auto"/>
        <w:jc w:val="left"/>
      </w:pPr>
      <w:r>
        <w:rPr>
          <w:b/>
          <w:sz w:val="64"/>
        </w:rPr>
        <w:t>○○　○○　様</w:t>
      </w:r>
    </w:p>
    <w:p>
      <w:pPr>
        <w:spacing w:before="0" w:after="120" w:line="240" w:lineRule="auto"/>
        <w:ind w:left="340"/>
        <w:jc w:val="distribute"/>
      </w:pPr>
      <w:r>
        <w:rPr>
          <w:b w:val="0"/>
          <w:sz w:val="48"/>
        </w:rPr>
        <w:t>あなたは長年にわたり○○の</w:t>
      </w:r>
    </w:p>
    <w:p>
      <w:pPr>
        <w:spacing w:before="0" w:after="120" w:line="240" w:lineRule="auto"/>
        <w:ind w:left="340"/>
        <w:jc w:val="distribute"/>
      </w:pPr>
      <w:r>
        <w:rPr>
          <w:b w:val="0"/>
          <w:sz w:val="48"/>
        </w:rPr>
        <w:t>活動にご協力くださいました</w:t>
      </w:r>
    </w:p>
    <w:p>
      <w:pPr>
        <w:spacing w:before="0" w:after="120" w:line="240" w:lineRule="auto"/>
        <w:ind w:left="340"/>
        <w:jc w:val="distribute"/>
      </w:pPr>
      <w:r>
        <w:rPr>
          <w:b w:val="0"/>
          <w:sz w:val="48"/>
        </w:rPr>
        <w:t>そのご厚意に心より感謝し</w:t>
      </w:r>
    </w:p>
    <w:p>
      <w:pPr>
        <w:spacing w:before="0" w:after="120" w:line="240" w:lineRule="auto"/>
        <w:ind w:left="340"/>
        <w:jc w:val="distribute"/>
      </w:pPr>
      <w:r>
        <w:rPr>
          <w:b w:val="0"/>
          <w:sz w:val="48"/>
        </w:rPr>
        <w:t>ここに記念品を添えまして</w:t>
      </w:r>
    </w:p>
    <w:p>
      <w:pPr>
        <w:spacing w:before="0" w:after="120" w:line="240" w:lineRule="auto"/>
        <w:ind w:left="340"/>
        <w:jc w:val="left"/>
      </w:pPr>
      <w:r>
        <w:rPr>
          <w:b w:val="0"/>
          <w:sz w:val="48"/>
        </w:rPr>
        <w:t>感謝の意を表します</w:t>
      </w:r>
    </w:p>
    <w:p>
      <w:pPr>
        <w:spacing w:before="0" w:after="0" w:line="240" w:lineRule="auto"/>
      </w:pPr>
    </w:p>
    <w:p>
      <w:pPr>
        <w:spacing w:before="0" w:after="280" w:line="240" w:lineRule="auto"/>
        <w:ind w:left="1701"/>
        <w:jc w:val="left"/>
      </w:pPr>
      <w:r>
        <w:rPr>
          <w:b w:val="0"/>
          <w:sz w:val="40"/>
        </w:rPr>
        <w:t>令和○年○月○日</w:t>
      </w:r>
    </w:p>
    <w:p>
      <w:pPr>
        <w:spacing w:before="0" w:after="120" w:line="240" w:lineRule="auto"/>
        <w:ind w:left="3118"/>
        <w:jc w:val="left"/>
      </w:pPr>
      <w:r>
        <w:rPr>
          <w:b w:val="0"/>
          <w:sz w:val="44"/>
        </w:rPr>
        <w:t>○○○○会　会長</w:t>
      </w:r>
    </w:p>
    <w:p>
      <w:pPr>
        <w:spacing w:before="0" w:after="0" w:line="240" w:lineRule="auto"/>
        <w:ind w:left="4252"/>
        <w:jc w:val="left"/>
      </w:pPr>
      <w:r>
        <w:rPr>
          <w:b w:val="0"/>
          <w:sz w:val="56"/>
        </w:rPr>
        <w:t>○○　○○</w:t>
      </w:r>
    </w:p>
    <w:sectPr w:rsidR="00FC693F" w:rsidRPr="0006063C" w:rsidSect="00034616">
      <w:pgSz w:w="16838" w:h="11906" w:orient="landscape"/>
      <w:pgMar w:top="1587" w:right="1701" w:bottom="1587" w:left="1701" w:header="720" w:footer="720" w:gutter="0"/>
      <w:cols w:space="720"/>
      <w:docGrid w:linePitch="360"/>
      <w:textDirection w:val="tbRl"/>
      <w:pgBorders w:offsetFrom="page">
        <w:top w:val="decoArch" w:sz="24" w:space="24" w:color="B08A2E"/>
        <w:left w:val="decoArch" w:sz="24" w:space="24" w:color="B08A2E"/>
        <w:bottom w:val="decoArch" w:sz="24" w:space="24" w:color="B08A2E"/>
        <w:right w:val="decoArch" w:sz="24" w:space="24" w:color="B08A2E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明朝" w:hAnsi="游明朝" w:eastAsia="游明朝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