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before="0"/>
        <w:jc w:val="center"/>
      </w:pPr>
      <w:r>
        <w:rPr>
          <w:b/>
          <w:sz w:val="40"/>
        </w:rPr>
        <w:t>企 画 書</w:t>
      </w:r>
    </w:p>
    <w:p>
      <w:pPr>
        <w:spacing w:after="0" w:before="0"/>
        <w:jc w:val="right"/>
      </w:pPr>
      <w:r>
        <w:rPr>
          <w:b w:val="0"/>
          <w:sz w:val="20"/>
        </w:rPr>
        <w:t>提出日　20XX年○月○日</w:t>
      </w:r>
    </w:p>
    <w:p>
      <w:pPr>
        <w:spacing w:after="120" w:before="0"/>
        <w:jc w:val="right"/>
      </w:pPr>
      <w:r>
        <w:rPr>
          <w:b w:val="0"/>
          <w:sz w:val="20"/>
        </w:rPr>
        <w:t>提出先　　　　　　　提出者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567" w:hRule="atLeast"/>
          <w:cantSplit/>
        </w:trPr>
        <w:tc>
          <w:tcPr>
            <w:tcW w:type="dxa" w:w="1701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企画名</w:t>
            </w:r>
          </w:p>
        </w:tc>
        <w:tc>
          <w:tcPr>
            <w:tcW w:type="dxa" w:w="8164"/>
          </w:tcPr>
          <w:p>
            <w:pPr>
              <w:spacing w:after="0"/>
            </w:pPr>
            <w:r/>
            <w:r>
              <w:rPr>
                <w:b w:val="0"/>
                <w:color w:val="808080"/>
                <w:sz w:val="19"/>
              </w:rPr>
              <w:t>(ひと目で内容がわかる名前)</w:t>
            </w:r>
          </w:p>
        </w:tc>
      </w:tr>
      <w:tr>
        <w:trPr>
          <w:trHeight w:val="1360" w:hRule="atLeast"/>
          <w:cantSplit/>
        </w:trPr>
        <w:tc>
          <w:tcPr>
            <w:tcW w:type="dxa" w:w="1701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背景・目的</w:t>
            </w:r>
          </w:p>
        </w:tc>
        <w:tc>
          <w:tcPr>
            <w:tcW w:type="dxa" w:w="8164"/>
          </w:tcPr>
          <w:p>
            <w:pPr>
              <w:spacing w:after="0"/>
            </w:pPr>
            <w:r/>
            <w:r>
              <w:rPr>
                <w:b w:val="0"/>
                <w:color w:val="808080"/>
                <w:sz w:val="19"/>
              </w:rPr>
              <w:t>(なぜこの企画が必要か。今の問題や、データでわかっていること)</w:t>
            </w:r>
          </w:p>
        </w:tc>
      </w:tr>
      <w:tr>
        <w:trPr>
          <w:trHeight w:val="1927" w:hRule="atLeast"/>
          <w:cantSplit/>
        </w:trPr>
        <w:tc>
          <w:tcPr>
            <w:tcW w:type="dxa" w:w="1701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企画の内容</w:t>
            </w:r>
          </w:p>
        </w:tc>
        <w:tc>
          <w:tcPr>
            <w:tcW w:type="dxa" w:w="8164"/>
          </w:tcPr>
          <w:p>
            <w:pPr>
              <w:spacing w:after="0"/>
            </w:pPr>
            <w:r/>
            <w:r>
              <w:rPr>
                <w:b w:val="0"/>
                <w:color w:val="808080"/>
                <w:sz w:val="19"/>
              </w:rPr>
              <w:t>(何を、どのように行うか。箇条書きで)</w:t>
            </w:r>
          </w:p>
        </w:tc>
      </w:tr>
      <w:tr>
        <w:trPr>
          <w:trHeight w:val="2268" w:hRule="atLeast"/>
          <w:cantSplit/>
        </w:trPr>
        <w:tc>
          <w:tcPr>
            <w:tcW w:type="dxa" w:w="1701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イメージ</w:t>
            </w:r>
          </w:p>
        </w:tc>
        <w:tc>
          <w:tcPr>
            <w:tcW w:type="dxa" w:w="8164"/>
          </w:tcPr>
          <w:p>
            <w:pPr>
              <w:spacing w:after="0"/>
            </w:pPr>
            <w:r/>
            <w:r>
              <w:rPr>
                <w:b w:val="0"/>
                <w:color w:val="808080"/>
                <w:sz w:val="19"/>
              </w:rPr>
              <w:t>(図・写真・画面のイメージなど)</w:t>
            </w:r>
          </w:p>
        </w:tc>
      </w:tr>
      <w:tr>
        <w:trPr>
          <w:trHeight w:val="567" w:hRule="atLeast"/>
          <w:cantSplit/>
        </w:trPr>
        <w:tc>
          <w:tcPr>
            <w:tcW w:type="dxa" w:w="1701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対象</w:t>
            </w:r>
          </w:p>
        </w:tc>
        <w:tc>
          <w:tcPr>
            <w:tcW w:type="dxa" w:w="8164"/>
          </w:tcPr>
          <w:p>
            <w:pPr>
              <w:spacing w:after="0"/>
            </w:pPr>
            <w:r/>
            <w:r>
              <w:rPr>
                <w:b w:val="0"/>
                <w:color w:val="808080"/>
                <w:sz w:val="19"/>
              </w:rPr>
              <w:t>(だれに向けた企画か)</w:t>
            </w:r>
          </w:p>
        </w:tc>
      </w:tr>
      <w:tr>
        <w:trPr>
          <w:trHeight w:val="1020" w:hRule="atLeast"/>
          <w:cantSplit/>
        </w:trPr>
        <w:tc>
          <w:tcPr>
            <w:tcW w:type="dxa" w:w="1701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期待する効果</w:t>
            </w:r>
          </w:p>
        </w:tc>
        <w:tc>
          <w:tcPr>
            <w:tcW w:type="dxa" w:w="8164"/>
          </w:tcPr>
          <w:p>
            <w:pPr>
              <w:spacing w:after="0"/>
            </w:pPr>
            <w:r/>
            <w:r>
              <w:rPr>
                <w:b w:val="0"/>
                <w:color w:val="808080"/>
                <w:sz w:val="19"/>
              </w:rPr>
              <w:t>(どんな良いことがあるか。できれば数字で)</w:t>
            </w:r>
          </w:p>
        </w:tc>
      </w:tr>
      <w:tr>
        <w:trPr>
          <w:trHeight w:val="567" w:hRule="atLeast"/>
          <w:cantSplit/>
        </w:trPr>
        <w:tc>
          <w:tcPr>
            <w:tcW w:type="dxa" w:w="1701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実施期間</w:t>
            </w:r>
          </w:p>
        </w:tc>
        <w:tc>
          <w:tcPr>
            <w:tcW w:type="dxa" w:w="8164"/>
          </w:tcPr>
          <w:p>
            <w:pPr>
              <w:spacing w:after="0"/>
            </w:pPr>
            <w:r/>
            <w:r>
              <w:rPr>
                <w:b w:val="0"/>
                <w:color w:val="808080"/>
                <w:sz w:val="19"/>
              </w:rPr>
            </w:r>
          </w:p>
        </w:tc>
      </w:tr>
      <w:tr>
        <w:trPr>
          <w:trHeight w:val="793" w:hRule="atLeast"/>
          <w:cantSplit/>
        </w:trPr>
        <w:tc>
          <w:tcPr>
            <w:tcW w:type="dxa" w:w="1701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予算</w:t>
            </w:r>
          </w:p>
        </w:tc>
        <w:tc>
          <w:tcPr>
            <w:tcW w:type="dxa" w:w="8164"/>
          </w:tcPr>
          <w:p>
            <w:pPr>
              <w:spacing w:after="0"/>
            </w:pPr>
            <w:r/>
            <w:r>
              <w:rPr>
                <w:b w:val="0"/>
                <w:color w:val="808080"/>
                <w:sz w:val="19"/>
              </w:rPr>
              <w:t>(合計と、主な内訳)</w:t>
            </w:r>
          </w:p>
        </w:tc>
      </w:tr>
      <w:tr>
        <w:trPr>
          <w:trHeight w:val="680" w:hRule="atLeast"/>
          <w:cantSplit/>
        </w:trPr>
        <w:tc>
          <w:tcPr>
            <w:tcW w:type="dxa" w:w="1701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体制</w:t>
            </w:r>
          </w:p>
        </w:tc>
        <w:tc>
          <w:tcPr>
            <w:tcW w:type="dxa" w:w="8164"/>
          </w:tcPr>
          <w:p>
            <w:pPr>
              <w:spacing w:after="0"/>
            </w:pPr>
            <w:r/>
            <w:r>
              <w:rPr>
                <w:b w:val="0"/>
                <w:color w:val="808080"/>
                <w:sz w:val="19"/>
              </w:rPr>
              <w:t>(だれが何を担当するか)</w:t>
            </w:r>
          </w:p>
        </w:tc>
      </w:tr>
      <w:tr>
        <w:trPr>
          <w:trHeight w:val="907" w:hRule="atLeast"/>
          <w:cantSplit/>
        </w:trPr>
        <w:tc>
          <w:tcPr>
            <w:tcW w:type="dxa" w:w="1701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スケジュール</w:t>
            </w:r>
          </w:p>
        </w:tc>
        <w:tc>
          <w:tcPr>
            <w:tcW w:type="dxa" w:w="8164"/>
          </w:tcPr>
          <w:p>
            <w:pPr>
              <w:spacing w:after="0"/>
            </w:pPr>
            <w:r/>
            <w:r>
              <w:rPr>
                <w:b w:val="0"/>
                <w:color w:val="808080"/>
                <w:sz w:val="19"/>
              </w:rPr>
              <w:t>(承認・準備・開始・ふり返りの時期)</w:t>
            </w:r>
          </w:p>
        </w:tc>
      </w:tr>
      <w:tr>
        <w:trPr>
          <w:trHeight w:val="793" w:hRule="atLeast"/>
          <w:cantSplit/>
        </w:trPr>
        <w:tc>
          <w:tcPr>
            <w:tcW w:type="dxa" w:w="1701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効果の測り方</w:t>
            </w:r>
          </w:p>
        </w:tc>
        <w:tc>
          <w:tcPr>
            <w:tcW w:type="dxa" w:w="8164"/>
          </w:tcPr>
          <w:p>
            <w:pPr>
              <w:spacing w:after="0"/>
            </w:pPr>
            <w:r/>
            <w:r>
              <w:rPr>
                <w:b w:val="0"/>
                <w:color w:val="808080"/>
                <w:sz w:val="19"/>
              </w:rPr>
              <w:t>(終わったあと、何で効果を確かめるか)</w:t>
            </w:r>
          </w:p>
        </w:tc>
      </w:tr>
      <w:tr>
        <w:trPr>
          <w:trHeight w:val="567" w:hRule="atLeast"/>
          <w:cantSplit/>
        </w:trPr>
        <w:tc>
          <w:tcPr>
            <w:tcW w:type="dxa" w:w="1701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備考</w:t>
            </w:r>
          </w:p>
        </w:tc>
        <w:tc>
          <w:tcPr>
            <w:tcW w:type="dxa" w:w="8164"/>
          </w:tcPr>
          <w:p>
            <w:pPr>
              <w:spacing w:after="0"/>
            </w:pPr>
            <w:r/>
            <w:r>
              <w:rPr>
                <w:b w:val="0"/>
                <w:color w:val="808080"/>
                <w:sz w:val="19"/>
              </w:rPr>
            </w:r>
          </w:p>
        </w:tc>
      </w:tr>
    </w:tbl>
    <w:sectPr w:rsidR="00FC693F" w:rsidRPr="0006063C" w:rsidSect="00034616">
      <w:pgSz w:w="11906" w:h="16838"/>
      <w:pgMar w:top="794" w:right="1020" w:bottom="68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