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36"/>
        </w:rPr>
        <w:t>雇用契約書(正社員用)</w:t>
      </w:r>
    </w:p>
    <w:p>
      <w:pPr>
        <w:spacing w:after="120" w:before="0"/>
        <w:jc w:val="center"/>
      </w:pPr>
      <w:r>
        <w:rPr>
          <w:b w:val="0"/>
          <w:sz w:val="19"/>
        </w:rPr>
        <w:t>(労働条件通知書兼雇用契約書)</w:t>
      </w:r>
    </w:p>
    <w:p>
      <w:pPr>
        <w:spacing w:after="120" w:before="0"/>
        <w:jc w:val="left"/>
      </w:pPr>
      <w:r>
        <w:rPr>
          <w:b w:val="0"/>
          <w:sz w:val="20"/>
        </w:rPr>
        <w:t xml:space="preserve">　株式会社○○○○(以下「会社」という)と○○ ○○(以下「本人」という)は、次の労働条件で雇用契約を結ぶ。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68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契約期間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期間の定めなし</w:t>
            </w:r>
          </w:p>
        </w:tc>
      </w:tr>
      <w:tr>
        <w:trPr>
          <w:trHeight w:val="66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就業の場所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(雇入れ直後)本社(○○市)　(変更の範囲)会社の定める事業所</w:t>
            </w:r>
          </w:p>
        </w:tc>
      </w:tr>
      <w:tr>
        <w:trPr>
          <w:trHeight w:val="66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従事すべき業務の内容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(雇入れ直後)法人営業　(変更の範囲)会社の定める業務</w:t>
            </w:r>
          </w:p>
        </w:tc>
      </w:tr>
      <w:tr>
        <w:trPr>
          <w:trHeight w:val="535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始業・終業の時刻</w:t>
              <w:br/>
              <w:t>休憩時間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始業 9時00分　終業 18時00分　休憩 60分</w:t>
            </w:r>
          </w:p>
        </w:tc>
      </w:tr>
      <w:tr>
        <w:trPr>
          <w:trHeight w:val="535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所定時間外労働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有(1か月○時間程度)　(詳細は就業規則第○条)</w:t>
            </w:r>
          </w:p>
        </w:tc>
      </w:tr>
      <w:tr>
        <w:trPr>
          <w:trHeight w:val="535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休日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土曜日・日曜日・国民の祝日、年末年始(12/29〜1/3)</w:t>
            </w:r>
          </w:p>
        </w:tc>
      </w:tr>
      <w:tr>
        <w:trPr>
          <w:trHeight w:val="802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休暇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年次有給休暇:6か月継続勤務した場合 10日</w:t>
              <w:br/>
              <w:t>その他の休暇:(例)慶弔休暇、夏季休暇</w:t>
            </w:r>
          </w:p>
        </w:tc>
      </w:tr>
      <w:tr>
        <w:trPr>
          <w:trHeight w:val="173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賃金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基本給 月給○○○,○○○円　諸手当 ○○手当 ○,○○○円</w:t>
              <w:br/>
              <w:t>時間外・休日・深夜の割増率:法定どおり(時間外25%、休日35%、深夜25%)</w:t>
              <w:br/>
              <w:t>締切日 毎月末日　支払日 翌月25日　支払方法 本人名義の口座へ振込</w:t>
              <w:br/>
              <w:t>昇給:有(時期・金額等 毎年4月)　賞与:有(時期・金額等 7月・12月)　退職金:有</w:t>
            </w:r>
          </w:p>
        </w:tc>
      </w:tr>
      <w:tr>
        <w:trPr>
          <w:trHeight w:val="1204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退職に関する事項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定年制 有(60歳)　継続雇用制度 有(65歳まで)</w:t>
              <w:br/>
              <w:t>自己都合退職の手続:退職する○日以上前に届け出ること</w:t>
              <w:br/>
              <w:t>解雇の事由及び手続:就業規則第○条〜第○条</w:t>
            </w:r>
          </w:p>
        </w:tc>
      </w:tr>
      <w:tr>
        <w:trPr>
          <w:trHeight w:val="86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その他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社会保険の加入状況:厚生年金・健康保険・雇用保険・労災保険</w:t>
              <w:br/>
              <w:t>雇用管理の改善等に関する相談窓口:総務部 ○○(内線○○)</w:t>
            </w:r>
          </w:p>
        </w:tc>
      </w:tr>
    </w:tbl>
    <w:p>
      <w:pPr>
        <w:spacing w:after="120" w:before="80"/>
        <w:jc w:val="left"/>
      </w:pPr>
      <w:r>
        <w:rPr>
          <w:b w:val="0"/>
          <w:sz w:val="18"/>
        </w:rPr>
        <w:t>※以上のほかは、会社の就業規則による。本書を2通作成し、会社と本人が署名(記名)押印のうえ、各1通を保有する。</w:t>
      </w:r>
    </w:p>
    <w:p>
      <w:pPr>
        <w:spacing w:after="80" w:before="0"/>
        <w:jc w:val="left"/>
      </w:pPr>
      <w:r>
        <w:rPr>
          <w:b w:val="0"/>
          <w:sz w:val="20"/>
        </w:rPr>
        <w:t>20XX年○月○日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2"/>
          </w:tcPr>
          <w:p>
            <w:pPr>
              <w:spacing w:after="60"/>
            </w:pPr>
            <w:r/>
            <w:r>
              <w:rPr>
                <w:b/>
                <w:sz w:val="20"/>
              </w:rPr>
              <w:t>(会社)</w:t>
            </w:r>
          </w:p>
          <w:p>
            <w:pPr>
              <w:spacing w:after="60"/>
            </w:pPr>
            <w:r>
              <w:rPr>
                <w:b w:val="0"/>
                <w:sz w:val="20"/>
              </w:rPr>
              <w:t>所在地　○○県○○市○○1-2-3</w:t>
            </w:r>
          </w:p>
          <w:p>
            <w:pPr>
              <w:spacing w:after="60"/>
            </w:pPr>
            <w:r>
              <w:rPr>
                <w:b w:val="0"/>
                <w:sz w:val="20"/>
              </w:rPr>
              <w:t>名称　株式会社○○○○</w:t>
            </w:r>
          </w:p>
          <w:p>
            <w:pPr>
              <w:spacing w:after="60"/>
            </w:pPr>
            <w:r>
              <w:rPr>
                <w:b w:val="0"/>
                <w:sz w:val="20"/>
              </w:rPr>
              <w:t>代表者　代表取締役 ○○ ○○　　　印</w:t>
            </w:r>
          </w:p>
        </w:tc>
        <w:tc>
          <w:tcPr>
            <w:tcW w:type="dxa" w:w="4932"/>
          </w:tcPr>
          <w:p>
            <w:pPr>
              <w:spacing w:after="60"/>
            </w:pPr>
            <w:r/>
            <w:r>
              <w:rPr>
                <w:b/>
                <w:sz w:val="20"/>
              </w:rPr>
              <w:t>(本人)</w:t>
            </w:r>
          </w:p>
          <w:p>
            <w:pPr>
              <w:spacing w:after="60"/>
            </w:pPr>
            <w:r>
              <w:rPr>
                <w:b w:val="0"/>
                <w:sz w:val="20"/>
              </w:rPr>
              <w:t>住所</w:t>
            </w:r>
          </w:p>
          <w:p>
            <w:pPr>
              <w:spacing w:after="60"/>
            </w:pPr>
            <w:r>
              <w:rPr>
                <w:b w:val="0"/>
                <w:sz w:val="20"/>
              </w:rPr>
            </w:r>
          </w:p>
          <w:p>
            <w:pPr>
              <w:spacing w:after="60"/>
            </w:pPr>
            <w:r>
              <w:rPr>
                <w:b w:val="0"/>
                <w:sz w:val="20"/>
              </w:rPr>
              <w:t>氏名　　　　　　　　　　　　　　　印</w:t>
            </w:r>
          </w:p>
        </w:tc>
      </w:tr>
    </w:tbl>
    <w:sectPr w:rsidR="00FC693F" w:rsidRPr="0006063C" w:rsidSect="00034616">
      <w:pgSz w:w="11906" w:h="16838"/>
      <w:pgMar w:top="624" w:right="1020" w:bottom="51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