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36"/>
        </w:rPr>
        <w:t>求 人 票</w:t>
      </w:r>
    </w:p>
    <w:p>
      <w:pPr>
        <w:spacing w:after="40" w:before="0"/>
        <w:jc w:val="right"/>
      </w:pPr>
      <w:r>
        <w:rPr>
          <w:b w:val="0"/>
          <w:sz w:val="18"/>
        </w:rPr>
        <w:t>作成日　　　年　　月　　日</w:t>
      </w:r>
    </w:p>
    <w:p>
      <w:pPr>
        <w:spacing w:after="40" w:before="100"/>
        <w:jc w:val="left"/>
      </w:pPr>
      <w:r>
        <w:rPr>
          <w:b/>
          <w:sz w:val="21"/>
        </w:rPr>
        <w:t>■ 会社の情報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会社名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所在地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事業内容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従業員数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pPr>
        <w:spacing w:after="40" w:before="100"/>
        <w:jc w:val="left"/>
      </w:pPr>
      <w:r>
        <w:rPr>
          <w:b/>
          <w:sz w:val="21"/>
        </w:rPr>
        <w:t>■ 仕事の内容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職種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仕事の内容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業務の変更の範囲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雇用形態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契約期間・更新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試用期間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pPr>
        <w:spacing w:after="40" w:before="100"/>
        <w:jc w:val="left"/>
      </w:pPr>
      <w:r>
        <w:rPr>
          <w:b/>
          <w:sz w:val="21"/>
        </w:rPr>
        <w:t>■ 就業場所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就業場所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就業場所の変更の範囲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受動喫煙対策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pPr>
        <w:spacing w:after="40" w:before="100"/>
        <w:jc w:val="left"/>
      </w:pPr>
      <w:r>
        <w:rPr>
          <w:b/>
          <w:sz w:val="21"/>
        </w:rPr>
        <w:t>■ 勤務時間・休日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勤務時間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時間外労働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休日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休暇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pPr>
        <w:spacing w:after="40" w:before="100"/>
        <w:jc w:val="left"/>
      </w:pPr>
      <w:r>
        <w:rPr>
          <w:b/>
          <w:sz w:val="21"/>
        </w:rPr>
        <w:t>■ 賃金・待遇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賃金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手当・賞与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加入保険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その他の待遇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pPr>
        <w:spacing w:after="40" w:before="100"/>
        <w:jc w:val="left"/>
      </w:pPr>
      <w:r>
        <w:rPr>
          <w:b/>
          <w:sz w:val="21"/>
        </w:rPr>
        <w:t>■ 応募・選考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応募方法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選考方法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担当者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pPr>
        <w:spacing w:after="40" w:before="80"/>
        <w:jc w:val="left"/>
      </w:pPr>
      <w:r>
        <w:rPr>
          <w:b w:val="0"/>
          <w:sz w:val="16"/>
        </w:rPr>
        <w:t>※この求人票に書いた労働条件は、採用時に労働条件通知書で書面でお知らせします。</w:t>
      </w:r>
    </w:p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567" w:right="850" w:bottom="45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