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求 人 票(パート・アルバイト)</w:t>
      </w:r>
    </w:p>
    <w:p>
      <w:pPr>
        <w:spacing w:after="40" w:before="0"/>
        <w:jc w:val="right"/>
      </w:pPr>
      <w:r>
        <w:rPr>
          <w:b w:val="0"/>
          <w:sz w:val="18"/>
        </w:rPr>
        <w:t>作成日　20XX年○月○日</w:t>
      </w:r>
    </w:p>
    <w:p>
      <w:pPr>
        <w:spacing w:after="40" w:before="100"/>
        <w:jc w:val="left"/>
      </w:pPr>
      <w:r>
        <w:rPr>
          <w:b/>
          <w:sz w:val="21"/>
        </w:rPr>
        <w:t>■ 会社の情報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会社名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株式会社○○○○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所在地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〒000-0000 東京都○○区○○町1-2-3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事業内容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カフェの運営(2店舗)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従業員数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18名(うちパート 14名)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仕事の内容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職種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ホールスタッフ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仕事の内容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カフェでの接客・レジ・ドリンクの用意・片付け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業務の変更の範囲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変更なし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雇用形態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パート・アルバイト(期間の定めあり)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契約期間・更新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6か月(更新あり:勤務の成績・態度により判断。通算契約期間の上限 5年)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試用期間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あり(1か月・時給は同じ)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就業場所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カフェ○○ 駅前店(東京都○○区○○町4-5-6)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変更なし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受動喫煙対策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敷地内禁煙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勤務時間・休日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勤務時間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9:00〜21:00の間で1日4〜8時間(シフト制)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時間外労働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原則なし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休日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週2日以上(希望を考慮してシフトで決定)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年次有給休暇(勤務日数に応じて付与)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賃金・待遇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賃金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時給 1,200円〜(22時以降は25%増し)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手当・賞与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交通費支給(1日上限 800円)、昇給あり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加入保険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雇用保険・労災保険(勤務時間により健康保険・厚生年金)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その他の待遇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まかないあり、制服貸与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応募・選考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応募方法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電話またはメールでご連絡ください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選考方法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面接1回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担当者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店長 ○○ ○○　TEL 03-0000-0001</w:t>
            </w:r>
          </w:p>
        </w:tc>
      </w:tr>
    </w:tbl>
    <w:p>
      <w:pPr>
        <w:spacing w:after="40" w:before="80"/>
        <w:jc w:val="left"/>
      </w:pPr>
      <w:r>
        <w:rPr>
          <w:b w:val="0"/>
          <w:sz w:val="16"/>
        </w:rPr>
        <w:t>※この求人票に書いた労働条件は、採用時に労働条件通知書で書面でお知らせします。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850" w:bottom="45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