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求 人 票</w:t>
      </w:r>
    </w:p>
    <w:p>
      <w:pPr>
        <w:spacing w:after="40" w:before="0"/>
        <w:jc w:val="right"/>
      </w:pPr>
      <w:r>
        <w:rPr>
          <w:b w:val="0"/>
          <w:sz w:val="18"/>
        </w:rPr>
        <w:t>作成日　20XX年○月○日</w:t>
      </w:r>
    </w:p>
    <w:p>
      <w:pPr>
        <w:spacing w:after="40" w:before="100"/>
        <w:jc w:val="left"/>
      </w:pPr>
      <w:r>
        <w:rPr>
          <w:b/>
          <w:sz w:val="21"/>
        </w:rPr>
        <w:t>■ 会社の情報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会社名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株式会社○○○○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所在地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〒000-0000 東京都○○区○○町1-2-3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事業内容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食品の製造・販売(洋菓子)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従業員数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45名(うち女性 28名)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仕事の内容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職種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製造スタッフ(洋菓子の製造)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仕事の内容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工場での洋菓子の製造・包装・品質チェック。未経験の方には先輩が一から教えます。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業務の変更の範囲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会社の定める業務(製造・販売・品質管理)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雇用形態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正社員(期間の定めなし)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契約期間・更新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なし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試用期間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あり(3か月・条件の変更なし)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就業場所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本社工場(東京都○○区○○町1-2-3)　○○駅 徒歩8分・マイカー通勤可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就業場所の変更の範囲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会社の定める事業所(本社工場・○○店・○○店)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受動喫煙対策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屋内禁煙(屋外に喫煙所あり)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勤務時間・休日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勤務時間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8:00〜17:00(休憩60分)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時間外労働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あり(月平均10時間)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休日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土日・祝日(年間休日 120日)、夏季・年末年始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休暇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年次有給休暇(入社6か月後10日)、慶弔休暇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賃金・待遇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賃金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月給 220,000円〜260,000円(基本給 200,000円〜240,000円+職務手当 20,000円)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手当・賞与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通勤手当(上限 月2万円)、家族手当。昇給 年1回、賞与 年2回(前年実績 計2.5か月分)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加入保険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雇用保険・労災保険・健康保険・厚生年金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その他の待遇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制服貸与、社員割引、退職金制度あり(勤続3年以上)</w:t>
            </w:r>
          </w:p>
        </w:tc>
      </w:tr>
    </w:tbl>
    <w:p>
      <w:pPr>
        <w:spacing w:after="40" w:before="100"/>
        <w:jc w:val="left"/>
      </w:pPr>
      <w:r>
        <w:rPr>
          <w:b/>
          <w:sz w:val="21"/>
        </w:rPr>
        <w:t>■ 応募・選考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応募方法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電話のうえ、履歴書(写真貼付)を郵送またはメールで送付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選考方法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書類選考 → 面接1回(工場見学あり)</w:t>
            </w:r>
          </w:p>
        </w:tc>
      </w:tr>
      <w:tr>
        <w:trPr>
          <w:trHeight w:val="396" w:hRule="atLeast"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9"/>
              </w:rPr>
              <w:t>担当者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9"/>
              </w:rPr>
              <w:t>総務部 ○○ ○○　TEL 03-0000-0000　Mail saiyo@example.co.jp</w:t>
            </w:r>
          </w:p>
        </w:tc>
      </w:tr>
    </w:tbl>
    <w:p>
      <w:pPr>
        <w:spacing w:after="40" w:before="80"/>
        <w:jc w:val="left"/>
      </w:pPr>
      <w:r>
        <w:rPr>
          <w:b w:val="0"/>
          <w:sz w:val="16"/>
        </w:rPr>
        <w:t>※この求人票に書いた労働条件は、採用時に労働条件通知書で書面でお知らせします。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567" w:right="850" w:bottom="45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