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○○の手順(1枚マニュアル)</w:t>
      </w:r>
    </w:p>
    <w:p>
      <w:pPr>
        <w:spacing w:after="120" w:before="0"/>
        <w:jc w:val="right"/>
      </w:pPr>
      <w:r>
        <w:rPr>
          <w:b w:val="0"/>
          <w:sz w:val="19"/>
        </w:rPr>
        <w:t>作成日　20XX年○月○日　　作成者　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目的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(この作業で何をするか。例:新しい社員のパソコンの初期設定をする)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用意するもの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(道具・資料・アカウントなど)</w:t>
            </w:r>
          </w:p>
        </w:tc>
      </w:tr>
    </w:tbl>
    <w:p>
      <w:pPr>
        <w:spacing w:after="80" w:before="0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7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手順</w:t>
            </w:r>
          </w:p>
        </w:tc>
        <w:tc>
          <w:tcPr>
            <w:tcW w:type="dxa" w:w="5216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やること・ポイント</w:t>
            </w:r>
          </w:p>
        </w:tc>
        <w:tc>
          <w:tcPr>
            <w:tcW w:type="dxa" w:w="385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画面・写真</w:t>
            </w:r>
          </w:p>
        </w:tc>
      </w:tr>
      <w:tr>
        <w:trPr>
          <w:trHeight w:val="1757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/>
                <w:sz w:val="28"/>
              </w:rPr>
              <w:t>1</w:t>
            </w:r>
          </w:p>
        </w:tc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(やることを1つだけ書く。押すボタンの名前は［ ］でくくる)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注意:</w:t>
            </w:r>
          </w:p>
        </w:tc>
        <w:tc>
          <w:tcPr>
            <w:tcW w:type="dxa" w:w="3855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08080"/>
                <w:sz w:val="18"/>
              </w:rPr>
              <w:t>(画像を貼る)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808080"/>
                <w:sz w:val="18"/>
              </w:rPr>
              <w:t>［挿入］→［画像］</w:t>
            </w:r>
          </w:p>
        </w:tc>
      </w:tr>
      <w:tr>
        <w:trPr>
          <w:trHeight w:val="1757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/>
                <w:sz w:val="28"/>
              </w:rPr>
              <w:t>2</w:t>
            </w:r>
          </w:p>
        </w:tc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(やることを1つだけ書く。押すボタンの名前は［ ］でくくる)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注意:</w:t>
            </w:r>
          </w:p>
        </w:tc>
        <w:tc>
          <w:tcPr>
            <w:tcW w:type="dxa" w:w="3855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08080"/>
                <w:sz w:val="18"/>
              </w:rPr>
              <w:t>(画像を貼る)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808080"/>
                <w:sz w:val="18"/>
              </w:rPr>
              <w:t>［挿入］→［画像］</w:t>
            </w:r>
          </w:p>
        </w:tc>
      </w:tr>
      <w:tr>
        <w:trPr>
          <w:trHeight w:val="1757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/>
                <w:sz w:val="28"/>
              </w:rPr>
              <w:t>3</w:t>
            </w:r>
          </w:p>
        </w:tc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(やることを1つだけ書く。押すボタンの名前は［ ］でくくる)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注意:</w:t>
            </w:r>
          </w:p>
        </w:tc>
        <w:tc>
          <w:tcPr>
            <w:tcW w:type="dxa" w:w="3855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08080"/>
                <w:sz w:val="18"/>
              </w:rPr>
              <w:t>(画像を貼る)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808080"/>
                <w:sz w:val="18"/>
              </w:rPr>
              <w:t>［挿入］→［画像］</w:t>
            </w:r>
          </w:p>
        </w:tc>
      </w:tr>
      <w:tr>
        <w:trPr>
          <w:trHeight w:val="1757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/>
                <w:sz w:val="28"/>
              </w:rPr>
              <w:t>4</w:t>
            </w:r>
          </w:p>
        </w:tc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(やることを1つだけ書く。押すボタンの名前は［ ］でくくる)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注意:</w:t>
            </w:r>
          </w:p>
        </w:tc>
        <w:tc>
          <w:tcPr>
            <w:tcW w:type="dxa" w:w="3855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08080"/>
                <w:sz w:val="18"/>
              </w:rPr>
              <w:t>(画像を貼る)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808080"/>
                <w:sz w:val="18"/>
              </w:rPr>
              <w:t>［挿入］→［画像］</w:t>
            </w:r>
          </w:p>
        </w:tc>
      </w:tr>
      <w:tr>
        <w:trPr>
          <w:trHeight w:val="1757" w:hRule="atLeast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b/>
                <w:sz w:val="28"/>
              </w:rPr>
              <w:t>5</w:t>
            </w:r>
          </w:p>
        </w:tc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808080"/>
                <w:sz w:val="19"/>
              </w:rPr>
              <w:t>(やることを1つだけ書く。押すボタンの名前は［ ］でくくる)</w:t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</w:r>
          </w:p>
          <w:p>
            <w:pPr>
              <w:spacing w:after="0"/>
            </w:pPr>
            <w:r>
              <w:rPr>
                <w:b w:val="0"/>
                <w:color w:val="808080"/>
                <w:sz w:val="19"/>
              </w:rPr>
              <w:t>注意:</w:t>
            </w:r>
          </w:p>
        </w:tc>
        <w:tc>
          <w:tcPr>
            <w:tcW w:type="dxa" w:w="3855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08080"/>
                <w:sz w:val="18"/>
              </w:rPr>
              <w:t>(画像を貼る)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808080"/>
                <w:sz w:val="18"/>
              </w:rPr>
              <w:t>［挿入］→［画像］</w:t>
            </w:r>
          </w:p>
        </w:tc>
      </w:tr>
    </w:tbl>
    <w:p>
      <w:pPr>
        <w:spacing w:after="80" w:before="0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93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うまくいかないとき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192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問い合わせ先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